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A7A" w:rsidRDefault="00E56F83" w:rsidP="00DB315C">
      <w:pPr>
        <w:spacing w:before="120" w:after="160"/>
        <w:jc w:val="center"/>
        <w:rPr>
          <w:b/>
          <w:color w:val="005B7F"/>
          <w:lang w:val="es-MX"/>
        </w:rPr>
      </w:pPr>
      <w:r w:rsidRPr="00DB315C">
        <w:rPr>
          <w:b/>
          <w:color w:val="005B7F"/>
          <w:lang w:val="es-MX"/>
        </w:rPr>
        <w:t xml:space="preserve">PLANTILLA GUÍA PARA LA </w:t>
      </w:r>
      <w:r w:rsidR="00C43355">
        <w:rPr>
          <w:b/>
          <w:color w:val="005B7F"/>
          <w:lang w:val="es-MX"/>
        </w:rPr>
        <w:t>PRESENTACIÓN DE TRABAJOS ACADÉ</w:t>
      </w:r>
      <w:r w:rsidRPr="00DB315C">
        <w:rPr>
          <w:b/>
          <w:color w:val="005B7F"/>
          <w:lang w:val="es-MX"/>
        </w:rPr>
        <w:t>MICOS</w:t>
      </w:r>
    </w:p>
    <w:tbl>
      <w:tblPr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72"/>
      </w:tblGrid>
      <w:tr w:rsidR="00F47A9B" w:rsidRPr="003D02A4" w:rsidTr="00C43355">
        <w:trPr>
          <w:jc w:val="center"/>
        </w:trPr>
        <w:tc>
          <w:tcPr>
            <w:tcW w:w="9072" w:type="dxa"/>
            <w:tcBorders>
              <w:top w:val="single" w:sz="8" w:space="0" w:color="A6C8DF"/>
              <w:left w:val="single" w:sz="8" w:space="0" w:color="A6C8DF"/>
              <w:bottom w:val="single" w:sz="8" w:space="0" w:color="A6C8DF"/>
              <w:right w:val="single" w:sz="8" w:space="0" w:color="A6C8DF"/>
            </w:tcBorders>
            <w:shd w:val="clear" w:color="auto" w:fill="F2F2F2" w:themeFill="background1" w:themeFillShade="F2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E16A7A" w:rsidRPr="00AF45A2" w:rsidRDefault="003D486E">
            <w:pPr>
              <w:spacing w:after="0"/>
              <w:rPr>
                <w:lang w:val="es-MX"/>
              </w:rPr>
            </w:pPr>
            <w:r w:rsidRPr="00AF45A2">
              <w:rPr>
                <w:b/>
                <w:color w:val="005B7F"/>
                <w:lang w:val="es-MX"/>
              </w:rPr>
              <w:t>1. Estructura sugerida del trabajo</w:t>
            </w:r>
          </w:p>
          <w:p w:rsidR="00475004" w:rsidRPr="00233A1E" w:rsidRDefault="00475004" w:rsidP="00475004">
            <w:pPr>
              <w:spacing w:after="0"/>
              <w:rPr>
                <w:b/>
                <w:lang w:val="es-MX"/>
              </w:rPr>
            </w:pPr>
            <w:r w:rsidRPr="00233A1E">
              <w:rPr>
                <w:rFonts w:ascii="Segoe UI Symbol" w:hAnsi="Segoe UI Symbol" w:cs="Segoe UI Symbol"/>
                <w:b/>
                <w:lang w:val="es-MX"/>
              </w:rPr>
              <w:t>📑</w:t>
            </w:r>
            <w:r w:rsidRPr="00233A1E">
              <w:rPr>
                <w:b/>
                <w:lang w:val="es-MX"/>
              </w:rPr>
              <w:t xml:space="preserve"> Carátula </w:t>
            </w:r>
            <w:r w:rsidR="00233A1E" w:rsidRPr="00233A1E">
              <w:rPr>
                <w:lang w:val="es-MX"/>
              </w:rPr>
              <w:t>(contiene lo</w:t>
            </w:r>
            <w:r w:rsidR="00233A1E">
              <w:rPr>
                <w:lang w:val="es-MX"/>
              </w:rPr>
              <w:t>s datos principales del trabajo</w:t>
            </w:r>
            <w:r w:rsidR="00233A1E" w:rsidRPr="00233A1E">
              <w:rPr>
                <w:lang w:val="es-MX"/>
              </w:rPr>
              <w:t>)</w:t>
            </w:r>
          </w:p>
          <w:p w:rsidR="00475004" w:rsidRPr="00233A1E" w:rsidRDefault="00475004" w:rsidP="00475004">
            <w:pPr>
              <w:spacing w:after="0"/>
              <w:rPr>
                <w:b/>
                <w:lang w:val="es-MX"/>
              </w:rPr>
            </w:pPr>
            <w:r w:rsidRPr="00233A1E">
              <w:rPr>
                <w:rFonts w:ascii="Segoe UI Symbol" w:hAnsi="Segoe UI Symbol" w:cs="Segoe UI Symbol"/>
                <w:b/>
                <w:lang w:val="es-MX"/>
              </w:rPr>
              <w:t>📖</w:t>
            </w:r>
            <w:r w:rsidRPr="00233A1E">
              <w:rPr>
                <w:b/>
                <w:lang w:val="es-MX"/>
              </w:rPr>
              <w:t xml:space="preserve"> Tabla de contenido </w:t>
            </w:r>
            <w:r w:rsidR="00233A1E" w:rsidRPr="00233A1E">
              <w:rPr>
                <w:lang w:val="es-MX"/>
              </w:rPr>
              <w:t>(</w:t>
            </w:r>
            <w:r w:rsidR="00915DD1">
              <w:rPr>
                <w:lang w:val="es-MX"/>
              </w:rPr>
              <w:t xml:space="preserve">o índice, </w:t>
            </w:r>
            <w:r w:rsidR="00233A1E" w:rsidRPr="00233A1E">
              <w:rPr>
                <w:lang w:val="es-MX"/>
              </w:rPr>
              <w:t>muestra los títul</w:t>
            </w:r>
            <w:r w:rsidR="00233A1E">
              <w:rPr>
                <w:lang w:val="es-MX"/>
              </w:rPr>
              <w:t>os y subtítulos con sus páginas</w:t>
            </w:r>
            <w:r w:rsidR="00233A1E" w:rsidRPr="00233A1E">
              <w:rPr>
                <w:lang w:val="es-MX"/>
              </w:rPr>
              <w:t>)</w:t>
            </w:r>
          </w:p>
          <w:p w:rsidR="00475004" w:rsidRPr="00233A1E" w:rsidRDefault="00475004" w:rsidP="00475004">
            <w:pPr>
              <w:spacing w:after="0"/>
              <w:rPr>
                <w:b/>
                <w:lang w:val="es-MX"/>
              </w:rPr>
            </w:pPr>
            <w:r w:rsidRPr="00233A1E">
              <w:rPr>
                <w:rFonts w:ascii="Segoe UI Symbol" w:hAnsi="Segoe UI Symbol" w:cs="Segoe UI Symbol"/>
                <w:b/>
                <w:lang w:val="es-MX"/>
              </w:rPr>
              <w:t>🖼</w:t>
            </w:r>
            <w:r w:rsidRPr="00233A1E">
              <w:rPr>
                <w:b/>
                <w:lang w:val="es-MX"/>
              </w:rPr>
              <w:t xml:space="preserve">️ Tabla de figuras </w:t>
            </w:r>
            <w:r w:rsidRPr="00233A1E">
              <w:rPr>
                <w:lang w:val="es-MX"/>
              </w:rPr>
              <w:t>(</w:t>
            </w:r>
            <w:r w:rsidRPr="00CF13CA">
              <w:rPr>
                <w:b/>
                <w:lang w:val="es-MX"/>
              </w:rPr>
              <w:t>opcional</w:t>
            </w:r>
            <w:r w:rsidR="00233A1E">
              <w:rPr>
                <w:lang w:val="es-MX"/>
              </w:rPr>
              <w:t xml:space="preserve">, </w:t>
            </w:r>
            <w:r w:rsidR="00233A1E" w:rsidRPr="00233A1E">
              <w:rPr>
                <w:lang w:val="es-MX"/>
              </w:rPr>
              <w:t>si el</w:t>
            </w:r>
            <w:r w:rsidR="00233A1E">
              <w:rPr>
                <w:lang w:val="es-MX"/>
              </w:rPr>
              <w:t xml:space="preserve"> trabajo contiene imágenes</w:t>
            </w:r>
            <w:r w:rsidR="00233A1E" w:rsidRPr="00233A1E">
              <w:rPr>
                <w:lang w:val="es-MX"/>
              </w:rPr>
              <w:t>)</w:t>
            </w:r>
          </w:p>
          <w:p w:rsidR="00475004" w:rsidRPr="00233A1E" w:rsidRDefault="00475004" w:rsidP="00475004">
            <w:pPr>
              <w:spacing w:after="0"/>
              <w:rPr>
                <w:b/>
                <w:lang w:val="es-MX"/>
              </w:rPr>
            </w:pPr>
            <w:r w:rsidRPr="00233A1E">
              <w:rPr>
                <w:rFonts w:ascii="Segoe UI Symbol" w:hAnsi="Segoe UI Symbol" w:cs="Segoe UI Symbol"/>
                <w:b/>
                <w:lang w:val="es-MX"/>
              </w:rPr>
              <w:t>✍</w:t>
            </w:r>
            <w:r w:rsidRPr="00233A1E">
              <w:rPr>
                <w:b/>
                <w:lang w:val="es-MX"/>
              </w:rPr>
              <w:t>️ Introducción</w:t>
            </w:r>
            <w:r w:rsidR="00233A1E">
              <w:rPr>
                <w:b/>
                <w:lang w:val="es-MX"/>
              </w:rPr>
              <w:t xml:space="preserve"> </w:t>
            </w:r>
            <w:r w:rsidR="00233A1E" w:rsidRPr="00233A1E">
              <w:rPr>
                <w:lang w:val="es-MX"/>
              </w:rPr>
              <w:t>(presenta el tema)</w:t>
            </w:r>
          </w:p>
          <w:p w:rsidR="00475004" w:rsidRPr="00233A1E" w:rsidRDefault="00475004" w:rsidP="00475004">
            <w:pPr>
              <w:spacing w:after="0"/>
              <w:rPr>
                <w:b/>
                <w:lang w:val="es-MX"/>
              </w:rPr>
            </w:pPr>
            <w:r w:rsidRPr="00233A1E">
              <w:rPr>
                <w:rFonts w:ascii="Segoe UI Symbol" w:hAnsi="Segoe UI Symbol" w:cs="Segoe UI Symbol"/>
                <w:b/>
                <w:lang w:val="es-MX"/>
              </w:rPr>
              <w:t>📘</w:t>
            </w:r>
            <w:r w:rsidRPr="00233A1E">
              <w:rPr>
                <w:b/>
                <w:lang w:val="es-MX"/>
              </w:rPr>
              <w:t xml:space="preserve"> Marco teórico</w:t>
            </w:r>
            <w:r w:rsidR="00233A1E">
              <w:rPr>
                <w:b/>
                <w:lang w:val="es-MX"/>
              </w:rPr>
              <w:t xml:space="preserve"> </w:t>
            </w:r>
            <w:r w:rsidR="00233A1E" w:rsidRPr="00233A1E">
              <w:rPr>
                <w:lang w:val="es-MX"/>
              </w:rPr>
              <w:t xml:space="preserve">(desarrolla </w:t>
            </w:r>
            <w:r w:rsidR="00C83CDA">
              <w:rPr>
                <w:lang w:val="es-MX"/>
              </w:rPr>
              <w:t>el</w:t>
            </w:r>
            <w:r w:rsidR="00233A1E">
              <w:rPr>
                <w:lang w:val="es-MX"/>
              </w:rPr>
              <w:t xml:space="preserve"> tema investigado</w:t>
            </w:r>
            <w:r w:rsidR="00233A1E" w:rsidRPr="00233A1E">
              <w:rPr>
                <w:lang w:val="es-MX"/>
              </w:rPr>
              <w:t>)</w:t>
            </w:r>
          </w:p>
          <w:p w:rsidR="00475004" w:rsidRPr="00233A1E" w:rsidRDefault="00475004" w:rsidP="00475004">
            <w:pPr>
              <w:spacing w:after="0"/>
              <w:rPr>
                <w:b/>
                <w:lang w:val="es-MX"/>
              </w:rPr>
            </w:pPr>
            <w:r w:rsidRPr="00233A1E">
              <w:rPr>
                <w:rFonts w:ascii="Segoe UI Symbol" w:hAnsi="Segoe UI Symbol" w:cs="Segoe UI Symbol"/>
                <w:b/>
                <w:lang w:val="es-MX"/>
              </w:rPr>
              <w:t>✅</w:t>
            </w:r>
            <w:r w:rsidRPr="00233A1E">
              <w:rPr>
                <w:b/>
                <w:lang w:val="es-MX"/>
              </w:rPr>
              <w:t xml:space="preserve"> Conclusiones</w:t>
            </w:r>
            <w:r w:rsidR="00233A1E">
              <w:rPr>
                <w:b/>
                <w:lang w:val="es-MX"/>
              </w:rPr>
              <w:t xml:space="preserve"> </w:t>
            </w:r>
            <w:r w:rsidR="00233A1E" w:rsidRPr="00233A1E">
              <w:rPr>
                <w:lang w:val="es-MX"/>
              </w:rPr>
              <w:t>(resume las id</w:t>
            </w:r>
            <w:r w:rsidR="00233A1E">
              <w:rPr>
                <w:lang w:val="es-MX"/>
              </w:rPr>
              <w:t>eas más importantes del trabajo</w:t>
            </w:r>
            <w:r w:rsidR="00233A1E" w:rsidRPr="00233A1E">
              <w:rPr>
                <w:lang w:val="es-MX"/>
              </w:rPr>
              <w:t>)</w:t>
            </w:r>
          </w:p>
          <w:p w:rsidR="00475004" w:rsidRPr="00233A1E" w:rsidRDefault="00475004" w:rsidP="00475004">
            <w:pPr>
              <w:spacing w:after="0"/>
              <w:rPr>
                <w:b/>
                <w:lang w:val="es-MX"/>
              </w:rPr>
            </w:pPr>
            <w:r w:rsidRPr="00233A1E">
              <w:rPr>
                <w:rFonts w:ascii="Segoe UI Symbol" w:hAnsi="Segoe UI Symbol" w:cs="Segoe UI Symbol"/>
                <w:b/>
                <w:lang w:val="es-MX"/>
              </w:rPr>
              <w:t>📚</w:t>
            </w:r>
            <w:r w:rsidRPr="00233A1E">
              <w:rPr>
                <w:b/>
                <w:lang w:val="es-MX"/>
              </w:rPr>
              <w:t xml:space="preserve"> Bibliografía</w:t>
            </w:r>
            <w:r w:rsidR="00233A1E">
              <w:rPr>
                <w:b/>
                <w:lang w:val="es-MX"/>
              </w:rPr>
              <w:t xml:space="preserve"> </w:t>
            </w:r>
            <w:r w:rsidR="00233A1E" w:rsidRPr="00233A1E">
              <w:rPr>
                <w:lang w:val="es-MX"/>
              </w:rPr>
              <w:t>(</w:t>
            </w:r>
            <w:r w:rsidR="00233A1E">
              <w:rPr>
                <w:lang w:val="es-MX"/>
              </w:rPr>
              <w:t>incluye</w:t>
            </w:r>
            <w:r w:rsidR="00915DD1">
              <w:rPr>
                <w:lang w:val="es-MX"/>
              </w:rPr>
              <w:t xml:space="preserve"> las</w:t>
            </w:r>
            <w:r w:rsidR="00233A1E">
              <w:rPr>
                <w:lang w:val="es-MX"/>
              </w:rPr>
              <w:t xml:space="preserve"> </w:t>
            </w:r>
            <w:r w:rsidR="00233A1E" w:rsidRPr="00233A1E">
              <w:rPr>
                <w:lang w:val="es-MX"/>
              </w:rPr>
              <w:t>fuentes consultadas para elaborar el trabajo)</w:t>
            </w:r>
          </w:p>
          <w:p w:rsidR="00E16A7A" w:rsidRPr="00AF45A2" w:rsidRDefault="00475004" w:rsidP="00233A1E">
            <w:pPr>
              <w:spacing w:after="0"/>
              <w:rPr>
                <w:lang w:val="es-MX"/>
              </w:rPr>
            </w:pPr>
            <w:r w:rsidRPr="00233A1E">
              <w:rPr>
                <w:rFonts w:ascii="Segoe UI Symbol" w:hAnsi="Segoe UI Symbol" w:cs="Segoe UI Symbol"/>
                <w:b/>
                <w:lang w:val="es-MX"/>
              </w:rPr>
              <w:t>📎</w:t>
            </w:r>
            <w:r w:rsidRPr="00233A1E">
              <w:rPr>
                <w:b/>
                <w:lang w:val="es-MX"/>
              </w:rPr>
              <w:t xml:space="preserve"> Anexos </w:t>
            </w:r>
            <w:r w:rsidRPr="00233A1E">
              <w:rPr>
                <w:lang w:val="es-MX"/>
              </w:rPr>
              <w:t>(</w:t>
            </w:r>
            <w:r w:rsidRPr="00CF13CA">
              <w:rPr>
                <w:b/>
                <w:lang w:val="es-MX"/>
              </w:rPr>
              <w:t>opcional</w:t>
            </w:r>
            <w:r w:rsidR="00233A1E">
              <w:rPr>
                <w:lang w:val="es-MX"/>
              </w:rPr>
              <w:t xml:space="preserve">, </w:t>
            </w:r>
            <w:r w:rsidR="00233A1E" w:rsidRPr="00233A1E">
              <w:rPr>
                <w:lang w:val="es-MX"/>
              </w:rPr>
              <w:t>si el trabajo nece</w:t>
            </w:r>
            <w:r w:rsidR="00233A1E">
              <w:rPr>
                <w:lang w:val="es-MX"/>
              </w:rPr>
              <w:t>sita información complementaria</w:t>
            </w:r>
            <w:r w:rsidRPr="00233A1E">
              <w:rPr>
                <w:lang w:val="es-MX"/>
              </w:rPr>
              <w:t>)</w:t>
            </w:r>
          </w:p>
        </w:tc>
      </w:tr>
    </w:tbl>
    <w:p w:rsidR="00E16A7A" w:rsidRPr="00AF45A2" w:rsidRDefault="00475004" w:rsidP="00233A1E">
      <w:pPr>
        <w:spacing w:after="160"/>
        <w:rPr>
          <w:lang w:val="es-MX"/>
        </w:rPr>
      </w:pPr>
      <w:r>
        <w:rPr>
          <w:noProof/>
        </w:rPr>
        <w:drawing>
          <wp:anchor distT="0" distB="0" distL="114300" distR="114300" simplePos="0" relativeHeight="251645440" behindDoc="1" locked="0" layoutInCell="1" allowOverlap="1" wp14:anchorId="6FF0652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31510" cy="1845310"/>
            <wp:effectExtent l="0" t="0" r="0" b="0"/>
            <wp:wrapNone/>
            <wp:docPr id="8" name="Imagen 8" descr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" descr="image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4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72"/>
      </w:tblGrid>
      <w:tr w:rsidR="00E16A7A" w:rsidRPr="003D02A4" w:rsidTr="00233A1E">
        <w:trPr>
          <w:jc w:val="center"/>
        </w:trPr>
        <w:tc>
          <w:tcPr>
            <w:tcW w:w="9072" w:type="dxa"/>
            <w:tcBorders>
              <w:top w:val="single" w:sz="8" w:space="0" w:color="A6C8DF"/>
              <w:left w:val="single" w:sz="8" w:space="0" w:color="A6C8DF"/>
              <w:bottom w:val="single" w:sz="8" w:space="0" w:color="A6C8DF"/>
              <w:right w:val="single" w:sz="8" w:space="0" w:color="A6C8DF"/>
            </w:tcBorders>
            <w:shd w:val="clear" w:color="auto" w:fill="F2F2F2" w:themeFill="background1" w:themeFillShade="F2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E16A7A" w:rsidRPr="00AF45A2" w:rsidRDefault="003D486E">
            <w:pPr>
              <w:spacing w:after="0"/>
              <w:rPr>
                <w:lang w:val="es-MX"/>
              </w:rPr>
            </w:pPr>
            <w:r w:rsidRPr="00AF45A2">
              <w:rPr>
                <w:b/>
                <w:color w:val="005B7F"/>
                <w:lang w:val="es-MX"/>
              </w:rPr>
              <w:t>2. Indicaciones de presentación</w:t>
            </w:r>
          </w:p>
          <w:p w:rsidR="00475004" w:rsidRPr="00475004" w:rsidRDefault="00475004" w:rsidP="00475004">
            <w:pPr>
              <w:spacing w:after="0"/>
              <w:rPr>
                <w:lang w:val="es-MX"/>
              </w:rPr>
            </w:pPr>
            <w:r w:rsidRPr="00E56F83">
              <w:rPr>
                <w:rFonts w:ascii="Segoe UI Symbol" w:hAnsi="Segoe UI Symbol" w:cs="Segoe UI Symbol"/>
                <w:b/>
                <w:lang w:val="es-MX"/>
              </w:rPr>
              <w:t>🔤</w:t>
            </w:r>
            <w:r w:rsidRPr="00E56F83">
              <w:rPr>
                <w:b/>
                <w:lang w:val="es-MX"/>
              </w:rPr>
              <w:t xml:space="preserve"> </w:t>
            </w:r>
            <w:r w:rsidR="00EF2F2A" w:rsidRPr="00E56F83">
              <w:rPr>
                <w:b/>
                <w:lang w:val="es-MX"/>
              </w:rPr>
              <w:t>Fuente</w:t>
            </w:r>
            <w:r w:rsidRPr="00E56F83">
              <w:rPr>
                <w:b/>
                <w:lang w:val="es-MX"/>
              </w:rPr>
              <w:t>:</w:t>
            </w:r>
            <w:r w:rsidRPr="00475004">
              <w:rPr>
                <w:lang w:val="es-MX"/>
              </w:rPr>
              <w:t xml:space="preserve"> </w:t>
            </w:r>
            <w:r w:rsidR="00EF2F2A" w:rsidRPr="00475004">
              <w:rPr>
                <w:lang w:val="es-MX"/>
              </w:rPr>
              <w:t xml:space="preserve">letra </w:t>
            </w:r>
            <w:r w:rsidR="00EF2F2A" w:rsidRPr="00475004">
              <w:rPr>
                <w:rStyle w:val="Textoennegrita"/>
                <w:lang w:val="es-MX"/>
              </w:rPr>
              <w:t>Arial</w:t>
            </w:r>
            <w:r w:rsidR="00EF2F2A" w:rsidRPr="00475004">
              <w:rPr>
                <w:lang w:val="es-MX"/>
              </w:rPr>
              <w:t xml:space="preserve"> y tamaño </w:t>
            </w:r>
            <w:r w:rsidR="00EF2F2A" w:rsidRPr="00475004">
              <w:rPr>
                <w:rStyle w:val="Textoennegrita"/>
                <w:lang w:val="es-MX"/>
              </w:rPr>
              <w:t>12</w:t>
            </w:r>
            <w:r w:rsidR="00EF2F2A" w:rsidRPr="00475004">
              <w:rPr>
                <w:lang w:val="es-MX"/>
              </w:rPr>
              <w:t>.</w:t>
            </w:r>
          </w:p>
          <w:p w:rsidR="00EF2F2A" w:rsidRDefault="00EF2F2A" w:rsidP="00475004">
            <w:pPr>
              <w:spacing w:after="0"/>
              <w:rPr>
                <w:lang w:val="es-MX"/>
              </w:rPr>
            </w:pPr>
            <w:r w:rsidRPr="00E56F83">
              <w:rPr>
                <w:rFonts w:ascii="Segoe UI Symbol" w:hAnsi="Segoe UI Symbol" w:cs="Segoe UI Symbol"/>
              </w:rPr>
              <w:t>🔢</w:t>
            </w:r>
            <w:r w:rsidRPr="00E56F83">
              <w:rPr>
                <w:lang w:val="es-MX"/>
              </w:rPr>
              <w:t xml:space="preserve"> </w:t>
            </w:r>
            <w:r w:rsidRPr="00E56F83">
              <w:rPr>
                <w:rStyle w:val="Textoennegrita"/>
                <w:lang w:val="es-MX"/>
              </w:rPr>
              <w:t>Títulos:</w:t>
            </w:r>
            <w:r w:rsidRPr="00475004">
              <w:rPr>
                <w:lang w:val="es-MX"/>
              </w:rPr>
              <w:t xml:space="preserve"> usar títulos y subtítulos </w:t>
            </w:r>
            <w:r w:rsidRPr="00475004">
              <w:rPr>
                <w:rStyle w:val="Textoennegrita"/>
                <w:lang w:val="es-MX"/>
              </w:rPr>
              <w:t>numerados correctamente</w:t>
            </w:r>
            <w:r w:rsidRPr="00475004">
              <w:rPr>
                <w:lang w:val="es-MX"/>
              </w:rPr>
              <w:t>.</w:t>
            </w:r>
          </w:p>
          <w:p w:rsidR="00E56F83" w:rsidRDefault="00E56F83" w:rsidP="00E56F83">
            <w:pPr>
              <w:spacing w:after="0"/>
              <w:rPr>
                <w:lang w:val="es-MX"/>
              </w:rPr>
            </w:pPr>
            <w:r w:rsidRPr="00E56F83">
              <w:rPr>
                <w:rFonts w:ascii="Segoe UI Symbol" w:hAnsi="Segoe UI Symbol" w:cs="Segoe UI Symbol"/>
              </w:rPr>
              <w:t>📝</w:t>
            </w:r>
            <w:r w:rsidRPr="00E56F83">
              <w:rPr>
                <w:lang w:val="es-MX"/>
              </w:rPr>
              <w:t xml:space="preserve"> </w:t>
            </w:r>
            <w:r w:rsidRPr="00E56F83">
              <w:rPr>
                <w:b/>
                <w:lang w:val="es-MX"/>
              </w:rPr>
              <w:t>Párrafo:</w:t>
            </w:r>
            <w:r>
              <w:rPr>
                <w:lang w:val="es-MX"/>
              </w:rPr>
              <w:t xml:space="preserve"> </w:t>
            </w:r>
            <w:r w:rsidRPr="00475004">
              <w:rPr>
                <w:lang w:val="es-MX"/>
              </w:rPr>
              <w:t xml:space="preserve">aplicar </w:t>
            </w:r>
            <w:r w:rsidRPr="00475004">
              <w:rPr>
                <w:rStyle w:val="Textoennegrita"/>
                <w:lang w:val="es-MX"/>
              </w:rPr>
              <w:t>texto justificado</w:t>
            </w:r>
            <w:r w:rsidRPr="00475004">
              <w:rPr>
                <w:lang w:val="es-MX"/>
              </w:rPr>
              <w:t xml:space="preserve"> e </w:t>
            </w:r>
            <w:r w:rsidRPr="00475004">
              <w:rPr>
                <w:rStyle w:val="Textoennegrita"/>
                <w:lang w:val="es-MX"/>
              </w:rPr>
              <w:t>interlineado 1.5</w:t>
            </w:r>
            <w:r w:rsidRPr="00475004">
              <w:rPr>
                <w:lang w:val="es-MX"/>
              </w:rPr>
              <w:t>.</w:t>
            </w:r>
          </w:p>
          <w:p w:rsidR="00475004" w:rsidRDefault="00E56F83" w:rsidP="00475004">
            <w:pPr>
              <w:spacing w:after="0"/>
              <w:rPr>
                <w:rStyle w:val="Textoennegrita"/>
                <w:lang w:val="es-MX"/>
              </w:rPr>
            </w:pPr>
            <w:r w:rsidRPr="00E56F83">
              <w:rPr>
                <w:rFonts w:ascii="Segoe UI Symbol" w:hAnsi="Segoe UI Symbol" w:cs="Segoe UI Symbol"/>
              </w:rPr>
              <w:t>🖼</w:t>
            </w:r>
            <w:r w:rsidRPr="00E56F83">
              <w:t>️</w:t>
            </w:r>
            <w:r w:rsidRPr="00E56F83">
              <w:rPr>
                <w:lang w:val="es-MX"/>
              </w:rPr>
              <w:t xml:space="preserve"> </w:t>
            </w:r>
            <w:r w:rsidRPr="00E56F83">
              <w:rPr>
                <w:rStyle w:val="Textoennegrita"/>
                <w:lang w:val="es-MX"/>
              </w:rPr>
              <w:t>Imágenes:</w:t>
            </w:r>
            <w:r w:rsidRPr="00475004">
              <w:rPr>
                <w:lang w:val="es-MX"/>
              </w:rPr>
              <w:t xml:space="preserve"> colocar cada imagen con su </w:t>
            </w:r>
            <w:r w:rsidRPr="00475004">
              <w:rPr>
                <w:rStyle w:val="Textoennegrita"/>
                <w:lang w:val="es-MX"/>
              </w:rPr>
              <w:t>leyenda o nombre debajo</w:t>
            </w:r>
          </w:p>
          <w:p w:rsidR="00E56F83" w:rsidRDefault="00E56F83" w:rsidP="00475004">
            <w:pPr>
              <w:spacing w:after="0"/>
              <w:rPr>
                <w:lang w:val="es-MX"/>
              </w:rPr>
            </w:pPr>
            <w:r w:rsidRPr="00E56F83">
              <w:rPr>
                <w:rFonts w:ascii="Segoe UI Symbol" w:hAnsi="Segoe UI Symbol" w:cs="Segoe UI Symbol"/>
              </w:rPr>
              <w:t>📑</w:t>
            </w:r>
            <w:r w:rsidRPr="00E56F83">
              <w:rPr>
                <w:lang w:val="es-MX"/>
              </w:rPr>
              <w:t xml:space="preserve"> </w:t>
            </w:r>
            <w:r w:rsidRPr="00E56F83">
              <w:rPr>
                <w:rStyle w:val="Textoennegrita"/>
                <w:lang w:val="es-MX"/>
              </w:rPr>
              <w:t>Páginas:</w:t>
            </w:r>
            <w:r w:rsidRPr="00475004">
              <w:rPr>
                <w:lang w:val="es-MX"/>
              </w:rPr>
              <w:t xml:space="preserve"> insertar </w:t>
            </w:r>
            <w:r w:rsidRPr="00475004">
              <w:rPr>
                <w:rStyle w:val="Textoennegrita"/>
                <w:lang w:val="es-MX"/>
              </w:rPr>
              <w:t>numeración de página</w:t>
            </w:r>
            <w:r w:rsidRPr="00475004">
              <w:rPr>
                <w:lang w:val="es-MX"/>
              </w:rPr>
              <w:t xml:space="preserve"> en la parte inferior derecha.</w:t>
            </w:r>
          </w:p>
          <w:p w:rsidR="00475004" w:rsidRPr="00B42CD1" w:rsidRDefault="00475004" w:rsidP="00475004">
            <w:pPr>
              <w:spacing w:after="0"/>
              <w:rPr>
                <w:b/>
                <w:lang w:val="es-MX"/>
              </w:rPr>
            </w:pPr>
            <w:r w:rsidRPr="00475004">
              <w:rPr>
                <w:rFonts w:ascii="Segoe UI Symbol" w:hAnsi="Segoe UI Symbol" w:cs="Segoe UI Symbol"/>
                <w:lang w:val="es-MX"/>
              </w:rPr>
              <w:t>📄</w:t>
            </w:r>
            <w:r w:rsidRPr="00475004">
              <w:rPr>
                <w:lang w:val="es-MX"/>
              </w:rPr>
              <w:t xml:space="preserve"> </w:t>
            </w:r>
            <w:r w:rsidRPr="00E56F83">
              <w:rPr>
                <w:b/>
                <w:lang w:val="es-MX"/>
              </w:rPr>
              <w:t>Extensión:</w:t>
            </w:r>
            <w:r w:rsidRPr="00475004">
              <w:rPr>
                <w:lang w:val="es-MX"/>
              </w:rPr>
              <w:t xml:space="preserve"> </w:t>
            </w:r>
            <w:r w:rsidR="00B42CD1" w:rsidRPr="00B42CD1">
              <w:rPr>
                <w:lang w:val="es-MX"/>
              </w:rPr>
              <w:t>La cantidad de páginas requeridas se encuentra especificada en las indicaciones de cada tarea.</w:t>
            </w:r>
          </w:p>
          <w:p w:rsidR="00E16A7A" w:rsidRPr="005134AA" w:rsidRDefault="00E56F83" w:rsidP="005134AA">
            <w:pPr>
              <w:spacing w:after="0"/>
              <w:rPr>
                <w:lang w:val="es-MX"/>
              </w:rPr>
            </w:pPr>
            <w:r>
              <w:rPr>
                <w:rFonts w:ascii="Segoe UI Symbol" w:hAnsi="Segoe UI Symbol" w:cs="Segoe UI Symbol"/>
              </w:rPr>
              <w:t>📥</w:t>
            </w:r>
            <w:r w:rsidRPr="00475004">
              <w:rPr>
                <w:lang w:val="es-MX"/>
              </w:rPr>
              <w:t xml:space="preserve"> </w:t>
            </w:r>
            <w:r w:rsidRPr="00475004">
              <w:rPr>
                <w:rStyle w:val="Textoennegrita"/>
                <w:lang w:val="es-MX"/>
              </w:rPr>
              <w:t>Entrega:</w:t>
            </w:r>
            <w:r w:rsidRPr="00475004">
              <w:rPr>
                <w:lang w:val="es-MX"/>
              </w:rPr>
              <w:t xml:space="preserve"> guardar el archivo final en </w:t>
            </w:r>
            <w:r w:rsidRPr="00475004">
              <w:rPr>
                <w:rStyle w:val="Textoennegrita"/>
                <w:lang w:val="es-MX"/>
              </w:rPr>
              <w:t>formato PDF</w:t>
            </w:r>
            <w:r w:rsidRPr="00475004">
              <w:rPr>
                <w:lang w:val="es-MX"/>
              </w:rPr>
              <w:t>.</w:t>
            </w:r>
          </w:p>
        </w:tc>
      </w:tr>
    </w:tbl>
    <w:p w:rsidR="00E16A7A" w:rsidRPr="00475004" w:rsidRDefault="00E16A7A">
      <w:pPr>
        <w:spacing w:after="40"/>
        <w:rPr>
          <w:lang w:val="es-MX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2"/>
      </w:tblGrid>
      <w:tr w:rsidR="00E16A7A" w:rsidRPr="003D02A4" w:rsidTr="00CF13CA">
        <w:trPr>
          <w:trHeight w:val="2658"/>
          <w:jc w:val="center"/>
        </w:trPr>
        <w:tc>
          <w:tcPr>
            <w:tcW w:w="9072" w:type="dxa"/>
            <w:tcBorders>
              <w:top w:val="single" w:sz="8" w:space="0" w:color="D9C27E"/>
              <w:left w:val="single" w:sz="8" w:space="0" w:color="D9C27E"/>
              <w:bottom w:val="single" w:sz="8" w:space="0" w:color="D9C27E"/>
              <w:right w:val="single" w:sz="8" w:space="0" w:color="D9C27E"/>
            </w:tcBorders>
            <w:shd w:val="clear" w:color="auto" w:fill="FFF8E8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E16A7A" w:rsidRPr="00AF45A2" w:rsidRDefault="003D486E">
            <w:pPr>
              <w:spacing w:after="0"/>
              <w:rPr>
                <w:lang w:val="es-MX"/>
              </w:rPr>
            </w:pPr>
            <w:r w:rsidRPr="00AF45A2">
              <w:rPr>
                <w:b/>
                <w:color w:val="005B7F"/>
                <w:lang w:val="es-MX"/>
              </w:rPr>
              <w:t xml:space="preserve">3. </w:t>
            </w:r>
            <w:r w:rsidR="00A07F28" w:rsidRPr="00AF45A2">
              <w:rPr>
                <w:b/>
                <w:color w:val="005B7F"/>
                <w:lang w:val="es-MX"/>
              </w:rPr>
              <w:t>Recomendaci</w:t>
            </w:r>
            <w:r w:rsidR="00A07F28">
              <w:rPr>
                <w:b/>
                <w:color w:val="005B7F"/>
                <w:lang w:val="es-MX"/>
              </w:rPr>
              <w:t>ones</w:t>
            </w:r>
            <w:r w:rsidRPr="00AF45A2">
              <w:rPr>
                <w:b/>
                <w:color w:val="005B7F"/>
                <w:lang w:val="es-MX"/>
              </w:rPr>
              <w:t xml:space="preserve"> para el estudiante</w:t>
            </w:r>
          </w:p>
          <w:p w:rsidR="005134AA" w:rsidRPr="005134AA" w:rsidRDefault="005134AA" w:rsidP="005134AA">
            <w:pPr>
              <w:spacing w:after="0"/>
              <w:jc w:val="both"/>
              <w:rPr>
                <w:lang w:val="es-MX"/>
              </w:rPr>
            </w:pPr>
            <w:r w:rsidRPr="005134AA">
              <w:rPr>
                <w:lang w:val="es-MX"/>
              </w:rPr>
              <w:t xml:space="preserve">Antes de enviar el archivo, </w:t>
            </w:r>
            <w:r w:rsidRPr="00F54CED">
              <w:rPr>
                <w:b/>
                <w:lang w:val="es-MX"/>
              </w:rPr>
              <w:t>revise que su trabajo</w:t>
            </w:r>
            <w:r w:rsidRPr="005134AA">
              <w:rPr>
                <w:lang w:val="es-MX"/>
              </w:rPr>
              <w:t xml:space="preserve"> cumpla con el formato solicitado. Verifique la redacción, ortografía, títulos, numeración, imágenes, tablas, bibliografía y anexos, ya que </w:t>
            </w:r>
            <w:r w:rsidRPr="00F54CED">
              <w:rPr>
                <w:b/>
                <w:lang w:val="es-MX"/>
              </w:rPr>
              <w:t>todo influye en la nota final</w:t>
            </w:r>
            <w:r w:rsidRPr="005134AA">
              <w:rPr>
                <w:lang w:val="es-MX"/>
              </w:rPr>
              <w:t>.</w:t>
            </w:r>
          </w:p>
          <w:p w:rsidR="005134AA" w:rsidRPr="00F54CED" w:rsidRDefault="00F531AE" w:rsidP="005134AA">
            <w:pPr>
              <w:spacing w:after="0"/>
              <w:jc w:val="both"/>
              <w:rPr>
                <w:b/>
                <w:lang w:val="es-MX"/>
              </w:rPr>
            </w:pPr>
            <w:r w:rsidRPr="00F54CED">
              <w:rPr>
                <w:rFonts w:ascii="Segoe UI Symbol" w:hAnsi="Segoe UI Symbol" w:cs="Segoe UI Symbol"/>
                <w:b/>
                <w:lang w:val="es-MX"/>
              </w:rPr>
              <w:t>⚠</w:t>
            </w:r>
            <w:r w:rsidRPr="00F54CED">
              <w:rPr>
                <w:b/>
                <w:lang w:val="es-MX"/>
              </w:rPr>
              <w:t xml:space="preserve">️ </w:t>
            </w:r>
            <w:r w:rsidR="005134AA" w:rsidRPr="00F54CED">
              <w:rPr>
                <w:b/>
                <w:lang w:val="es-MX"/>
              </w:rPr>
              <w:t>Avance sus actividades durante el mes en que se habilita el curso y evite acumular tareas.</w:t>
            </w:r>
          </w:p>
        </w:tc>
      </w:tr>
    </w:tbl>
    <w:p w:rsidR="00572C26" w:rsidRDefault="00572C26">
      <w:pPr>
        <w:spacing w:after="160"/>
        <w:rPr>
          <w:lang w:val="es-MX"/>
        </w:rPr>
      </w:pPr>
    </w:p>
    <w:p w:rsidR="00FB67FD" w:rsidRDefault="00FB67FD" w:rsidP="00F47A9B">
      <w:pPr>
        <w:spacing w:after="0"/>
        <w:jc w:val="center"/>
        <w:rPr>
          <w:rFonts w:cs="Arial"/>
          <w:b/>
          <w:sz w:val="28"/>
          <w:szCs w:val="24"/>
          <w:lang w:val="es-MX"/>
        </w:rPr>
      </w:pPr>
    </w:p>
    <w:p w:rsidR="00915CE7" w:rsidRDefault="00915CE7" w:rsidP="00F47A9B">
      <w:pPr>
        <w:spacing w:after="0"/>
        <w:jc w:val="center"/>
        <w:rPr>
          <w:rFonts w:cs="Arial"/>
          <w:b/>
          <w:sz w:val="28"/>
          <w:szCs w:val="24"/>
          <w:lang w:val="es-MX"/>
        </w:rPr>
      </w:pPr>
    </w:p>
    <w:p w:rsidR="00426C5C" w:rsidRDefault="00426C5C" w:rsidP="00F47A9B">
      <w:pPr>
        <w:spacing w:after="0"/>
        <w:jc w:val="center"/>
        <w:rPr>
          <w:rFonts w:cs="Arial"/>
          <w:b/>
          <w:sz w:val="28"/>
          <w:szCs w:val="24"/>
          <w:lang w:val="es-MX"/>
        </w:rPr>
      </w:pPr>
    </w:p>
    <w:p w:rsidR="00F47A9B" w:rsidRPr="00F47A9B" w:rsidRDefault="000E0748" w:rsidP="00F47A9B">
      <w:pPr>
        <w:spacing w:after="0"/>
        <w:jc w:val="center"/>
        <w:rPr>
          <w:rFonts w:cs="Arial"/>
          <w:b/>
          <w:sz w:val="28"/>
          <w:szCs w:val="24"/>
          <w:lang w:val="es-MX"/>
        </w:rPr>
      </w:pPr>
      <w:r w:rsidRPr="00F47A9B">
        <w:rPr>
          <w:rFonts w:cs="Arial"/>
          <w:b/>
          <w:sz w:val="28"/>
          <w:szCs w:val="24"/>
          <w:lang w:val="es-MX"/>
        </w:rPr>
        <w:t>[</w:t>
      </w:r>
      <w:r>
        <w:rPr>
          <w:rFonts w:cs="Arial"/>
          <w:b/>
          <w:sz w:val="28"/>
          <w:szCs w:val="24"/>
          <w:lang w:val="es-MX"/>
        </w:rPr>
        <w:t>En este espacio</w:t>
      </w:r>
      <w:r w:rsidRPr="00F47A9B">
        <w:rPr>
          <w:rFonts w:cs="Arial"/>
          <w:b/>
          <w:sz w:val="28"/>
          <w:szCs w:val="24"/>
          <w:lang w:val="es-MX"/>
        </w:rPr>
        <w:t xml:space="preserve"> insertar el nombre del año]</w:t>
      </w:r>
    </w:p>
    <w:p w:rsidR="00F47A9B" w:rsidRPr="00F47A9B" w:rsidRDefault="00F47A9B" w:rsidP="00F47A9B">
      <w:pPr>
        <w:spacing w:after="0"/>
        <w:rPr>
          <w:rFonts w:cs="Arial"/>
          <w:sz w:val="28"/>
          <w:szCs w:val="24"/>
          <w:lang w:val="es-MX"/>
        </w:rPr>
      </w:pPr>
    </w:p>
    <w:p w:rsidR="00F47A9B" w:rsidRPr="00F47A9B" w:rsidRDefault="00915CE7" w:rsidP="00F47A9B">
      <w:pPr>
        <w:spacing w:after="0"/>
        <w:jc w:val="center"/>
        <w:rPr>
          <w:rFonts w:eastAsia="Times New Roman" w:cs="Arial"/>
          <w:b/>
          <w:bCs/>
          <w:color w:val="000000"/>
          <w:sz w:val="28"/>
          <w:szCs w:val="24"/>
          <w:lang w:val="es-MX" w:eastAsia="es-PE"/>
        </w:rPr>
      </w:pPr>
      <w:r w:rsidRPr="00F47A9B">
        <w:rPr>
          <w:rFonts w:cs="Arial"/>
          <w:noProof/>
          <w:sz w:val="28"/>
          <w:szCs w:val="24"/>
        </w:rPr>
        <w:drawing>
          <wp:anchor distT="114300" distB="114300" distL="114300" distR="114300" simplePos="0" relativeHeight="251660800" behindDoc="0" locked="0" layoutInCell="1" hidden="0" allowOverlap="1" wp14:anchorId="32033CD5" wp14:editId="41417B90">
            <wp:simplePos x="0" y="0"/>
            <wp:positionH relativeFrom="column">
              <wp:posOffset>528955</wp:posOffset>
            </wp:positionH>
            <wp:positionV relativeFrom="paragraph">
              <wp:posOffset>27412</wp:posOffset>
            </wp:positionV>
            <wp:extent cx="4705350" cy="1333500"/>
            <wp:effectExtent l="0" t="0" r="0" b="0"/>
            <wp:wrapSquare wrapText="bothSides" distT="114300" distB="114300" distL="114300" distR="11430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>
                      <a:alphaModFix amt="90000"/>
                    </a:blip>
                    <a:srcRect t="5840" b="9409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133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7A9B" w:rsidRPr="00F47A9B" w:rsidRDefault="00F47A9B" w:rsidP="00F47A9B">
      <w:pPr>
        <w:spacing w:after="0"/>
        <w:jc w:val="center"/>
        <w:rPr>
          <w:rFonts w:eastAsia="Times New Roman" w:cs="Arial"/>
          <w:b/>
          <w:bCs/>
          <w:color w:val="000000"/>
          <w:sz w:val="28"/>
          <w:szCs w:val="24"/>
          <w:lang w:val="es-MX" w:eastAsia="es-PE"/>
        </w:rPr>
      </w:pPr>
    </w:p>
    <w:p w:rsidR="00F47A9B" w:rsidRPr="00F47A9B" w:rsidRDefault="00F47A9B" w:rsidP="00F47A9B">
      <w:pPr>
        <w:spacing w:after="0"/>
        <w:jc w:val="center"/>
        <w:rPr>
          <w:rFonts w:eastAsia="Times New Roman" w:cs="Arial"/>
          <w:b/>
          <w:bCs/>
          <w:color w:val="000000"/>
          <w:sz w:val="28"/>
          <w:szCs w:val="24"/>
          <w:lang w:val="es-MX" w:eastAsia="es-PE"/>
        </w:rPr>
      </w:pPr>
    </w:p>
    <w:p w:rsidR="00F47A9B" w:rsidRPr="00F47A9B" w:rsidRDefault="00F47A9B" w:rsidP="00F47A9B">
      <w:pPr>
        <w:spacing w:after="0"/>
        <w:jc w:val="center"/>
        <w:rPr>
          <w:rFonts w:eastAsia="Times New Roman" w:cs="Arial"/>
          <w:b/>
          <w:bCs/>
          <w:color w:val="000000"/>
          <w:sz w:val="28"/>
          <w:szCs w:val="24"/>
          <w:lang w:val="es-MX" w:eastAsia="es-PE"/>
        </w:rPr>
      </w:pPr>
    </w:p>
    <w:p w:rsidR="00F47A9B" w:rsidRPr="00F47A9B" w:rsidRDefault="00F47A9B" w:rsidP="00F47A9B">
      <w:pPr>
        <w:spacing w:after="0"/>
        <w:jc w:val="center"/>
        <w:rPr>
          <w:rFonts w:eastAsia="Times New Roman" w:cs="Arial"/>
          <w:b/>
          <w:bCs/>
          <w:color w:val="000000"/>
          <w:sz w:val="28"/>
          <w:szCs w:val="24"/>
          <w:lang w:val="es-MX" w:eastAsia="es-PE"/>
        </w:rPr>
      </w:pPr>
    </w:p>
    <w:p w:rsidR="00F47A9B" w:rsidRPr="00F47A9B" w:rsidRDefault="00F47A9B" w:rsidP="00F47A9B">
      <w:pPr>
        <w:spacing w:after="0"/>
        <w:jc w:val="center"/>
        <w:rPr>
          <w:rFonts w:eastAsia="Times New Roman" w:cs="Arial"/>
          <w:b/>
          <w:bCs/>
          <w:color w:val="000000"/>
          <w:sz w:val="28"/>
          <w:szCs w:val="24"/>
          <w:lang w:val="es-MX" w:eastAsia="es-PE"/>
        </w:rPr>
      </w:pPr>
    </w:p>
    <w:p w:rsidR="000E0748" w:rsidRDefault="00F47A9B" w:rsidP="00F47A9B">
      <w:pPr>
        <w:spacing w:after="0"/>
        <w:jc w:val="center"/>
        <w:rPr>
          <w:rFonts w:eastAsia="Times New Roman" w:cs="Arial"/>
          <w:b/>
          <w:color w:val="000000"/>
          <w:sz w:val="28"/>
          <w:szCs w:val="24"/>
          <w:lang w:val="es-MX" w:eastAsia="es-PE"/>
        </w:rPr>
      </w:pPr>
      <w:r w:rsidRPr="00E82E9F">
        <w:rPr>
          <w:rFonts w:eastAsia="Times New Roman" w:cs="Arial"/>
          <w:b/>
          <w:color w:val="000000"/>
          <w:sz w:val="28"/>
          <w:szCs w:val="24"/>
          <w:lang w:val="es-MX" w:eastAsia="es-PE"/>
        </w:rPr>
        <w:t xml:space="preserve">Instituto Superior Tecnológico Particular </w:t>
      </w:r>
    </w:p>
    <w:p w:rsidR="00F47A9B" w:rsidRDefault="00F47A9B" w:rsidP="00F47A9B">
      <w:pPr>
        <w:spacing w:after="0"/>
        <w:jc w:val="center"/>
        <w:rPr>
          <w:rFonts w:eastAsia="Times New Roman" w:cs="Arial"/>
          <w:b/>
          <w:color w:val="000000"/>
          <w:sz w:val="28"/>
          <w:szCs w:val="24"/>
          <w:lang w:val="es-MX" w:eastAsia="es-PE"/>
        </w:rPr>
      </w:pPr>
      <w:r w:rsidRPr="00E82E9F">
        <w:rPr>
          <w:rFonts w:eastAsia="Times New Roman" w:cs="Arial"/>
          <w:b/>
          <w:color w:val="000000"/>
          <w:sz w:val="28"/>
          <w:szCs w:val="24"/>
          <w:lang w:val="es-MX" w:eastAsia="es-PE"/>
        </w:rPr>
        <w:t>“Santiago Ramón y Cajal”</w:t>
      </w:r>
    </w:p>
    <w:p w:rsidR="00E82E9F" w:rsidRPr="00E82E9F" w:rsidRDefault="00E82E9F" w:rsidP="00E82E9F">
      <w:pPr>
        <w:spacing w:before="200" w:after="0"/>
        <w:jc w:val="center"/>
        <w:rPr>
          <w:rFonts w:eastAsia="Times New Roman" w:cs="Arial"/>
          <w:b/>
          <w:bCs/>
          <w:color w:val="000000"/>
          <w:sz w:val="28"/>
          <w:szCs w:val="24"/>
          <w:lang w:val="es-MX" w:eastAsia="es-PE"/>
        </w:rPr>
      </w:pPr>
    </w:p>
    <w:p w:rsidR="00F47A9B" w:rsidRDefault="00E82E9F" w:rsidP="00E82E9F">
      <w:pPr>
        <w:spacing w:before="200" w:after="0"/>
        <w:jc w:val="center"/>
        <w:rPr>
          <w:rFonts w:eastAsia="Times New Roman" w:cs="Arial"/>
          <w:b/>
          <w:bCs/>
          <w:color w:val="000000"/>
          <w:sz w:val="28"/>
          <w:szCs w:val="24"/>
          <w:lang w:val="es-MX" w:eastAsia="es-PE"/>
        </w:rPr>
      </w:pPr>
      <w:r w:rsidRPr="00E82E9F">
        <w:rPr>
          <w:rFonts w:eastAsia="Times New Roman" w:cs="Arial"/>
          <w:b/>
          <w:bCs/>
          <w:color w:val="000000"/>
          <w:sz w:val="28"/>
          <w:szCs w:val="24"/>
          <w:lang w:val="es-MX" w:eastAsia="es-PE"/>
        </w:rPr>
        <w:t>TRABAJO ACADÉMICO</w:t>
      </w:r>
    </w:p>
    <w:p w:rsidR="00E82E9F" w:rsidRPr="000E0748" w:rsidRDefault="00E82E9F" w:rsidP="00E82E9F">
      <w:pPr>
        <w:spacing w:after="0"/>
        <w:jc w:val="center"/>
        <w:rPr>
          <w:rFonts w:cs="Arial"/>
          <w:b/>
          <w:sz w:val="28"/>
          <w:szCs w:val="24"/>
          <w:lang w:val="es-MX"/>
        </w:rPr>
      </w:pPr>
      <w:r w:rsidRPr="00F47A9B">
        <w:rPr>
          <w:rFonts w:cs="Arial"/>
          <w:b/>
          <w:sz w:val="28"/>
          <w:szCs w:val="24"/>
          <w:lang w:val="es-MX"/>
        </w:rPr>
        <w:t>[</w:t>
      </w:r>
      <w:r w:rsidR="000E0748">
        <w:rPr>
          <w:rFonts w:cs="Arial"/>
          <w:b/>
          <w:sz w:val="28"/>
          <w:szCs w:val="24"/>
          <w:lang w:val="es-MX"/>
        </w:rPr>
        <w:t xml:space="preserve">En este espacio </w:t>
      </w:r>
      <w:r w:rsidRPr="00F47A9B">
        <w:rPr>
          <w:rFonts w:cs="Arial"/>
          <w:b/>
          <w:sz w:val="28"/>
          <w:szCs w:val="24"/>
          <w:lang w:val="es-MX"/>
        </w:rPr>
        <w:t xml:space="preserve">insertar el </w:t>
      </w:r>
      <w:r w:rsidR="000E0748">
        <w:rPr>
          <w:rFonts w:eastAsia="Times New Roman" w:cs="Arial"/>
          <w:b/>
          <w:bCs/>
          <w:color w:val="000000"/>
          <w:sz w:val="28"/>
          <w:szCs w:val="24"/>
          <w:lang w:val="es-MX" w:eastAsia="es-PE"/>
        </w:rPr>
        <w:t>t</w:t>
      </w:r>
      <w:r w:rsidRPr="00F47A9B">
        <w:rPr>
          <w:rFonts w:eastAsia="Times New Roman" w:cs="Arial"/>
          <w:b/>
          <w:bCs/>
          <w:color w:val="000000"/>
          <w:sz w:val="28"/>
          <w:szCs w:val="24"/>
          <w:lang w:val="es-MX" w:eastAsia="es-PE"/>
        </w:rPr>
        <w:t>ítulo del trabajo</w:t>
      </w:r>
      <w:r w:rsidRPr="00F47A9B">
        <w:rPr>
          <w:rFonts w:cs="Arial"/>
          <w:b/>
          <w:sz w:val="28"/>
          <w:szCs w:val="24"/>
          <w:lang w:val="es-MX"/>
        </w:rPr>
        <w:t>]</w:t>
      </w:r>
    </w:p>
    <w:p w:rsidR="00E82E9F" w:rsidRPr="00DB315C" w:rsidRDefault="009C7A42" w:rsidP="00E82E9F">
      <w:pPr>
        <w:spacing w:before="200" w:after="0"/>
        <w:jc w:val="center"/>
        <w:rPr>
          <w:sz w:val="28"/>
          <w:szCs w:val="28"/>
          <w:lang w:val="es-MX"/>
        </w:rPr>
      </w:pPr>
      <w:r w:rsidRPr="00DB315C">
        <w:rPr>
          <w:sz w:val="28"/>
          <w:szCs w:val="28"/>
          <w:lang w:val="es-MX"/>
        </w:rPr>
        <w:t xml:space="preserve">Ejemplo: </w:t>
      </w:r>
      <w:r w:rsidR="00E82E9F" w:rsidRPr="00DB315C">
        <w:rPr>
          <w:sz w:val="28"/>
          <w:szCs w:val="28"/>
          <w:lang w:val="es-MX"/>
        </w:rPr>
        <w:t>“</w:t>
      </w:r>
      <w:r w:rsidR="00F47A9B" w:rsidRPr="00DB315C">
        <w:rPr>
          <w:rFonts w:eastAsia="Times New Roman" w:cs="Arial"/>
          <w:color w:val="000000"/>
          <w:sz w:val="28"/>
          <w:szCs w:val="28"/>
          <w:lang w:val="es-MX" w:eastAsia="es-PE"/>
        </w:rPr>
        <w:t xml:space="preserve">Las Regiones Naturales del </w:t>
      </w:r>
      <w:r w:rsidR="00E82E9F" w:rsidRPr="00DB315C">
        <w:rPr>
          <w:rFonts w:eastAsia="Times New Roman" w:cs="Arial"/>
          <w:color w:val="000000"/>
          <w:sz w:val="28"/>
          <w:szCs w:val="28"/>
          <w:lang w:val="es-MX" w:eastAsia="es-PE"/>
        </w:rPr>
        <w:t>Perú</w:t>
      </w:r>
      <w:r w:rsidR="00E82E9F" w:rsidRPr="00DB315C">
        <w:rPr>
          <w:sz w:val="28"/>
          <w:szCs w:val="28"/>
          <w:lang w:val="es-MX"/>
        </w:rPr>
        <w:t>”</w:t>
      </w:r>
    </w:p>
    <w:p w:rsidR="00F47A9B" w:rsidRPr="00DB315C" w:rsidRDefault="00F47A9B" w:rsidP="00C43355">
      <w:pPr>
        <w:spacing w:before="200" w:after="0"/>
        <w:rPr>
          <w:b/>
          <w:color w:val="005B7F"/>
          <w:sz w:val="28"/>
          <w:szCs w:val="28"/>
          <w:lang w:val="es-MX"/>
        </w:rPr>
      </w:pPr>
      <w:r w:rsidRPr="00F47A9B">
        <w:rPr>
          <w:rFonts w:eastAsia="Times New Roman" w:cs="Arial"/>
          <w:sz w:val="28"/>
          <w:szCs w:val="24"/>
          <w:lang w:val="es-MX" w:eastAsia="es-PE"/>
        </w:rPr>
        <w:br/>
      </w:r>
      <w:r w:rsidRPr="00DB315C">
        <w:rPr>
          <w:b/>
          <w:sz w:val="28"/>
          <w:szCs w:val="28"/>
          <w:lang w:val="es-MX"/>
        </w:rPr>
        <w:t>Carrera o programa:</w:t>
      </w:r>
      <w:r w:rsidR="00DB315C" w:rsidRPr="00DB315C">
        <w:rPr>
          <w:b/>
          <w:sz w:val="28"/>
          <w:szCs w:val="28"/>
          <w:lang w:val="es-MX"/>
        </w:rPr>
        <w:t xml:space="preserve"> </w:t>
      </w:r>
      <w:r w:rsidR="00DB315C" w:rsidRPr="00DB315C">
        <w:rPr>
          <w:sz w:val="28"/>
          <w:szCs w:val="28"/>
          <w:lang w:val="es-MX"/>
        </w:rPr>
        <w:t>[Ejemplo: Agropecuaria]</w:t>
      </w:r>
    </w:p>
    <w:p w:rsidR="00F47A9B" w:rsidRPr="00DB315C" w:rsidRDefault="00F47A9B" w:rsidP="00C43355">
      <w:pPr>
        <w:spacing w:after="0"/>
        <w:rPr>
          <w:b/>
          <w:sz w:val="28"/>
          <w:szCs w:val="28"/>
          <w:lang w:val="es-MX"/>
        </w:rPr>
      </w:pPr>
      <w:r w:rsidRPr="00DB315C">
        <w:rPr>
          <w:b/>
          <w:sz w:val="28"/>
          <w:szCs w:val="28"/>
          <w:lang w:val="es-MX"/>
        </w:rPr>
        <w:t>Nombre de la asignatura:</w:t>
      </w:r>
      <w:r w:rsidR="00DB315C" w:rsidRPr="00DB315C">
        <w:rPr>
          <w:b/>
          <w:sz w:val="28"/>
          <w:szCs w:val="28"/>
          <w:lang w:val="es-MX"/>
        </w:rPr>
        <w:t xml:space="preserve"> </w:t>
      </w:r>
      <w:r w:rsidR="00DB315C" w:rsidRPr="00DB315C">
        <w:rPr>
          <w:sz w:val="28"/>
          <w:szCs w:val="28"/>
          <w:lang w:val="es-MX"/>
        </w:rPr>
        <w:t>[Ejemplo: Comunicación]</w:t>
      </w:r>
    </w:p>
    <w:p w:rsidR="00F47A9B" w:rsidRPr="00DB315C" w:rsidRDefault="00F47A9B" w:rsidP="00C43355">
      <w:pPr>
        <w:spacing w:after="0"/>
        <w:rPr>
          <w:b/>
          <w:sz w:val="28"/>
          <w:szCs w:val="28"/>
          <w:lang w:val="es-MX"/>
        </w:rPr>
      </w:pPr>
      <w:r w:rsidRPr="00DB315C">
        <w:rPr>
          <w:b/>
          <w:sz w:val="28"/>
          <w:szCs w:val="28"/>
          <w:lang w:val="es-MX"/>
        </w:rPr>
        <w:t xml:space="preserve">Nombre del </w:t>
      </w:r>
      <w:r w:rsidR="000E0748" w:rsidRPr="00DB315C">
        <w:rPr>
          <w:b/>
          <w:sz w:val="28"/>
          <w:szCs w:val="28"/>
          <w:lang w:val="es-MX"/>
        </w:rPr>
        <w:t>e</w:t>
      </w:r>
      <w:r w:rsidRPr="00DB315C">
        <w:rPr>
          <w:b/>
          <w:sz w:val="28"/>
          <w:szCs w:val="28"/>
          <w:lang w:val="es-MX"/>
        </w:rPr>
        <w:t>studiante:</w:t>
      </w:r>
      <w:r w:rsidR="00DB315C" w:rsidRPr="00DB315C">
        <w:rPr>
          <w:b/>
          <w:sz w:val="28"/>
          <w:szCs w:val="28"/>
          <w:lang w:val="es-MX"/>
        </w:rPr>
        <w:t xml:space="preserve"> </w:t>
      </w:r>
      <w:r w:rsidR="00DB315C" w:rsidRPr="00DB315C">
        <w:rPr>
          <w:sz w:val="28"/>
          <w:szCs w:val="28"/>
          <w:lang w:val="es-MX"/>
        </w:rPr>
        <w:t>[Ejemplo: María López Quispe]</w:t>
      </w:r>
    </w:p>
    <w:p w:rsidR="00E82E9F" w:rsidRPr="00DB315C" w:rsidRDefault="00E82E9F" w:rsidP="00C43355">
      <w:pPr>
        <w:spacing w:after="0"/>
        <w:rPr>
          <w:b/>
          <w:sz w:val="28"/>
          <w:szCs w:val="28"/>
          <w:lang w:val="es-MX"/>
        </w:rPr>
      </w:pPr>
      <w:r w:rsidRPr="00DB315C">
        <w:rPr>
          <w:b/>
          <w:sz w:val="28"/>
          <w:szCs w:val="28"/>
          <w:lang w:val="es-MX"/>
        </w:rPr>
        <w:t>Ciclo / semestre:</w:t>
      </w:r>
      <w:r w:rsidR="00DB315C" w:rsidRPr="00DB315C">
        <w:rPr>
          <w:b/>
          <w:sz w:val="28"/>
          <w:szCs w:val="28"/>
          <w:lang w:val="es-MX"/>
        </w:rPr>
        <w:t xml:space="preserve"> </w:t>
      </w:r>
      <w:r w:rsidR="00DB315C" w:rsidRPr="00DB315C">
        <w:rPr>
          <w:sz w:val="28"/>
          <w:szCs w:val="28"/>
          <w:lang w:val="es-MX"/>
        </w:rPr>
        <w:t xml:space="preserve">[Ejemplo: II </w:t>
      </w:r>
      <w:r w:rsidR="00DB315C">
        <w:rPr>
          <w:sz w:val="28"/>
          <w:szCs w:val="28"/>
          <w:lang w:val="es-MX"/>
        </w:rPr>
        <w:t>semestre</w:t>
      </w:r>
      <w:r w:rsidR="00DB315C" w:rsidRPr="00DB315C">
        <w:rPr>
          <w:sz w:val="28"/>
          <w:szCs w:val="28"/>
          <w:lang w:val="es-MX"/>
        </w:rPr>
        <w:t>]</w:t>
      </w:r>
    </w:p>
    <w:p w:rsidR="00E82E9F" w:rsidRPr="00DB315C" w:rsidRDefault="00E82E9F" w:rsidP="00C43355">
      <w:pPr>
        <w:spacing w:after="0"/>
        <w:rPr>
          <w:b/>
          <w:sz w:val="28"/>
          <w:szCs w:val="28"/>
          <w:lang w:val="es-MX"/>
        </w:rPr>
      </w:pPr>
      <w:r w:rsidRPr="00DB315C">
        <w:rPr>
          <w:b/>
          <w:sz w:val="28"/>
          <w:szCs w:val="28"/>
          <w:lang w:val="es-MX"/>
        </w:rPr>
        <w:t xml:space="preserve">Nombre del </w:t>
      </w:r>
      <w:r w:rsidR="000E0748" w:rsidRPr="00DB315C">
        <w:rPr>
          <w:b/>
          <w:sz w:val="28"/>
          <w:szCs w:val="28"/>
          <w:lang w:val="es-MX"/>
        </w:rPr>
        <w:t>d</w:t>
      </w:r>
      <w:r w:rsidRPr="00DB315C">
        <w:rPr>
          <w:b/>
          <w:sz w:val="28"/>
          <w:szCs w:val="28"/>
          <w:lang w:val="es-MX"/>
        </w:rPr>
        <w:t>ocente:</w:t>
      </w:r>
      <w:r w:rsidR="00DB315C" w:rsidRPr="00DB315C">
        <w:rPr>
          <w:sz w:val="28"/>
          <w:szCs w:val="28"/>
          <w:lang w:val="es-MX"/>
        </w:rPr>
        <w:t xml:space="preserve"> [Ejemplo: Lic. </w:t>
      </w:r>
      <w:r w:rsidR="00DB315C" w:rsidRPr="00E528F3">
        <w:rPr>
          <w:sz w:val="28"/>
          <w:szCs w:val="28"/>
          <w:lang w:val="es-MX"/>
        </w:rPr>
        <w:t>Juan Pérez Ramos</w:t>
      </w:r>
    </w:p>
    <w:p w:rsidR="00E82E9F" w:rsidRDefault="00E82E9F" w:rsidP="00F47A9B">
      <w:pPr>
        <w:spacing w:after="0"/>
        <w:jc w:val="center"/>
        <w:rPr>
          <w:b/>
          <w:sz w:val="28"/>
          <w:szCs w:val="24"/>
          <w:lang w:val="es-MX"/>
        </w:rPr>
      </w:pPr>
    </w:p>
    <w:p w:rsidR="00DB315C" w:rsidRDefault="00DB315C" w:rsidP="00F47A9B">
      <w:pPr>
        <w:spacing w:after="0"/>
        <w:jc w:val="center"/>
        <w:rPr>
          <w:b/>
          <w:sz w:val="28"/>
          <w:szCs w:val="24"/>
          <w:lang w:val="es-MX"/>
        </w:rPr>
      </w:pPr>
    </w:p>
    <w:p w:rsidR="00915DD1" w:rsidRPr="00E82E9F" w:rsidRDefault="00DB315C" w:rsidP="00E82E9F">
      <w:pPr>
        <w:spacing w:after="0"/>
        <w:jc w:val="center"/>
        <w:rPr>
          <w:rFonts w:cs="Arial"/>
          <w:b/>
          <w:sz w:val="28"/>
          <w:szCs w:val="24"/>
          <w:lang w:val="es-MX"/>
        </w:rPr>
      </w:pPr>
      <w:r w:rsidRPr="00F47A9B">
        <w:rPr>
          <w:rFonts w:cs="Arial"/>
          <w:b/>
          <w:sz w:val="28"/>
          <w:szCs w:val="24"/>
          <w:lang w:val="es-MX"/>
        </w:rPr>
        <w:t xml:space="preserve"> </w:t>
      </w:r>
      <w:r w:rsidR="00E82E9F" w:rsidRPr="00F47A9B">
        <w:rPr>
          <w:rFonts w:cs="Arial"/>
          <w:b/>
          <w:sz w:val="28"/>
          <w:szCs w:val="24"/>
          <w:lang w:val="es-MX"/>
        </w:rPr>
        <w:t>[</w:t>
      </w:r>
      <w:r w:rsidR="000E0748">
        <w:rPr>
          <w:rFonts w:eastAsia="Times New Roman" w:cs="Arial"/>
          <w:b/>
          <w:bCs/>
          <w:color w:val="000000"/>
          <w:sz w:val="28"/>
          <w:szCs w:val="24"/>
          <w:lang w:val="es-MX" w:eastAsia="es-PE"/>
        </w:rPr>
        <w:t>D</w:t>
      </w:r>
      <w:r w:rsidR="00E82E9F">
        <w:rPr>
          <w:rFonts w:eastAsia="Times New Roman" w:cs="Arial"/>
          <w:b/>
          <w:bCs/>
          <w:color w:val="000000"/>
          <w:sz w:val="28"/>
          <w:szCs w:val="24"/>
          <w:lang w:val="es-MX" w:eastAsia="es-PE"/>
        </w:rPr>
        <w:t>epartamento</w:t>
      </w:r>
      <w:r w:rsidR="00E82E9F" w:rsidRPr="00F47A9B">
        <w:rPr>
          <w:rFonts w:cs="Arial"/>
          <w:b/>
          <w:sz w:val="28"/>
          <w:szCs w:val="24"/>
          <w:lang w:val="es-MX"/>
        </w:rPr>
        <w:t>]</w:t>
      </w:r>
      <w:r w:rsidR="009C7A42">
        <w:rPr>
          <w:rFonts w:cs="Arial"/>
          <w:b/>
          <w:sz w:val="28"/>
          <w:szCs w:val="24"/>
          <w:lang w:val="es-MX"/>
        </w:rPr>
        <w:t xml:space="preserve"> </w:t>
      </w:r>
      <w:r w:rsidR="00F47A9B" w:rsidRPr="00F47A9B">
        <w:rPr>
          <w:b/>
          <w:sz w:val="28"/>
          <w:szCs w:val="24"/>
          <w:lang w:val="es-MX"/>
        </w:rPr>
        <w:t>-</w:t>
      </w:r>
      <w:r w:rsidR="009C7A42">
        <w:rPr>
          <w:b/>
          <w:sz w:val="28"/>
          <w:szCs w:val="24"/>
          <w:lang w:val="es-MX"/>
        </w:rPr>
        <w:t xml:space="preserve"> </w:t>
      </w:r>
      <w:r w:rsidR="00F47A9B" w:rsidRPr="00F47A9B">
        <w:rPr>
          <w:b/>
          <w:sz w:val="28"/>
          <w:szCs w:val="24"/>
          <w:lang w:val="es-MX"/>
        </w:rPr>
        <w:t>PERÚ</w:t>
      </w:r>
    </w:p>
    <w:p w:rsidR="00F47A9B" w:rsidRDefault="00F47A9B" w:rsidP="00F47A9B">
      <w:pPr>
        <w:spacing w:after="0"/>
        <w:jc w:val="center"/>
        <w:rPr>
          <w:b/>
          <w:sz w:val="28"/>
          <w:szCs w:val="24"/>
          <w:lang w:val="es-MX"/>
        </w:rPr>
      </w:pPr>
      <w:r w:rsidRPr="00F47A9B">
        <w:rPr>
          <w:b/>
          <w:sz w:val="28"/>
          <w:szCs w:val="24"/>
          <w:lang w:val="es-MX"/>
        </w:rPr>
        <w:t>2026</w:t>
      </w:r>
    </w:p>
    <w:p w:rsidR="003D02A4" w:rsidRDefault="003D02A4" w:rsidP="00F47A9B">
      <w:pPr>
        <w:spacing w:after="0"/>
        <w:jc w:val="center"/>
        <w:rPr>
          <w:b/>
          <w:sz w:val="28"/>
          <w:szCs w:val="24"/>
          <w:lang w:val="es-MX"/>
        </w:rPr>
      </w:pPr>
      <w:bookmarkStart w:id="0" w:name="_GoBack"/>
      <w:bookmarkEnd w:id="0"/>
    </w:p>
    <w:p w:rsidR="003D02A4" w:rsidRPr="00F47A9B" w:rsidRDefault="003D02A4" w:rsidP="00F47A9B">
      <w:pPr>
        <w:spacing w:after="0"/>
        <w:jc w:val="center"/>
        <w:rPr>
          <w:b/>
          <w:sz w:val="28"/>
          <w:szCs w:val="24"/>
          <w:lang w:val="es-MX"/>
        </w:rPr>
      </w:pPr>
    </w:p>
    <w:p w:rsidR="00FB67FD" w:rsidRPr="00CF13CA" w:rsidRDefault="00322579" w:rsidP="00142316">
      <w:pPr>
        <w:pStyle w:val="Ttulo1"/>
        <w:rPr>
          <w:noProof/>
          <w:lang w:val="es-MX"/>
        </w:rPr>
      </w:pPr>
      <w:bookmarkStart w:id="1" w:name="_Toc230785140"/>
      <w:bookmarkStart w:id="2" w:name="_Toc230856333"/>
      <w:r w:rsidRPr="00221B53">
        <w:rPr>
          <w:rFonts w:ascii="Arial" w:eastAsia="Arial" w:hAnsi="Arial"/>
          <w:color w:val="auto"/>
          <w:sz w:val="28"/>
          <w:lang w:val="es-MX"/>
        </w:rPr>
        <w:t>Tabla de contenido</w:t>
      </w:r>
      <w:bookmarkEnd w:id="1"/>
      <w:bookmarkEnd w:id="2"/>
      <w:r>
        <w:fldChar w:fldCharType="begin"/>
      </w:r>
      <w:r w:rsidRPr="00AF45A2">
        <w:rPr>
          <w:rFonts w:ascii="Arial" w:eastAsia="Arial" w:hAnsi="Arial"/>
          <w:sz w:val="24"/>
          <w:lang w:val="es-MX"/>
        </w:rPr>
        <w:instrText>TOC \o "1-3" \h \z \u</w:instrText>
      </w:r>
      <w:r>
        <w:fldChar w:fldCharType="separate"/>
      </w:r>
    </w:p>
    <w:p w:rsidR="00FB67FD" w:rsidRDefault="00E94FB5">
      <w:pPr>
        <w:pStyle w:val="TDC1"/>
        <w:rPr>
          <w:rFonts w:asciiTheme="minorHAnsi" w:eastAsiaTheme="minorEastAsia" w:hAnsiTheme="minorHAnsi"/>
          <w:b w:val="0"/>
          <w:sz w:val="22"/>
        </w:rPr>
      </w:pPr>
      <w:hyperlink w:anchor="_Toc230856335" w:history="1">
        <w:r w:rsidR="00FB67FD" w:rsidRPr="003925BB">
          <w:rPr>
            <w:rStyle w:val="Hipervnculo"/>
            <w:lang w:val="es-MX"/>
          </w:rPr>
          <w:t>1. Introducción</w:t>
        </w:r>
        <w:r w:rsidR="00FB67FD">
          <w:rPr>
            <w:webHidden/>
          </w:rPr>
          <w:tab/>
        </w:r>
        <w:r w:rsidR="00FB67FD">
          <w:rPr>
            <w:webHidden/>
          </w:rPr>
          <w:fldChar w:fldCharType="begin"/>
        </w:r>
        <w:r w:rsidR="00FB67FD">
          <w:rPr>
            <w:webHidden/>
          </w:rPr>
          <w:instrText xml:space="preserve"> PAGEREF _Toc230856335 \h </w:instrText>
        </w:r>
        <w:r w:rsidR="00FB67FD">
          <w:rPr>
            <w:webHidden/>
          </w:rPr>
        </w:r>
        <w:r w:rsidR="00FB67FD">
          <w:rPr>
            <w:webHidden/>
          </w:rPr>
          <w:fldChar w:fldCharType="separate"/>
        </w:r>
        <w:r w:rsidR="00FB67FD">
          <w:rPr>
            <w:webHidden/>
          </w:rPr>
          <w:t>1</w:t>
        </w:r>
        <w:r w:rsidR="00FB67FD">
          <w:rPr>
            <w:webHidden/>
          </w:rPr>
          <w:fldChar w:fldCharType="end"/>
        </w:r>
      </w:hyperlink>
    </w:p>
    <w:p w:rsidR="00FB67FD" w:rsidRDefault="00E94FB5">
      <w:pPr>
        <w:pStyle w:val="TDC1"/>
        <w:rPr>
          <w:rFonts w:asciiTheme="minorHAnsi" w:eastAsiaTheme="minorEastAsia" w:hAnsiTheme="minorHAnsi"/>
          <w:b w:val="0"/>
          <w:sz w:val="22"/>
        </w:rPr>
      </w:pPr>
      <w:hyperlink w:anchor="_Toc230856336" w:history="1">
        <w:r w:rsidR="00FB67FD" w:rsidRPr="003925BB">
          <w:rPr>
            <w:rStyle w:val="Hipervnculo"/>
            <w:lang w:val="es-MX"/>
          </w:rPr>
          <w:t>2. Marco teórico</w:t>
        </w:r>
        <w:r w:rsidR="00FB67FD">
          <w:rPr>
            <w:webHidden/>
          </w:rPr>
          <w:tab/>
        </w:r>
        <w:r w:rsidR="00FB67FD">
          <w:rPr>
            <w:webHidden/>
          </w:rPr>
          <w:fldChar w:fldCharType="begin"/>
        </w:r>
        <w:r w:rsidR="00FB67FD">
          <w:rPr>
            <w:webHidden/>
          </w:rPr>
          <w:instrText xml:space="preserve"> PAGEREF _Toc230856336 \h </w:instrText>
        </w:r>
        <w:r w:rsidR="00FB67FD">
          <w:rPr>
            <w:webHidden/>
          </w:rPr>
        </w:r>
        <w:r w:rsidR="00FB67FD">
          <w:rPr>
            <w:webHidden/>
          </w:rPr>
          <w:fldChar w:fldCharType="separate"/>
        </w:r>
        <w:r w:rsidR="00FB67FD">
          <w:rPr>
            <w:webHidden/>
          </w:rPr>
          <w:t>2</w:t>
        </w:r>
        <w:r w:rsidR="00FB67FD">
          <w:rPr>
            <w:webHidden/>
          </w:rPr>
          <w:fldChar w:fldCharType="end"/>
        </w:r>
      </w:hyperlink>
    </w:p>
    <w:p w:rsidR="00FB67FD" w:rsidRDefault="00E94FB5">
      <w:pPr>
        <w:pStyle w:val="TDC2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230856337" w:history="1">
        <w:r w:rsidR="00FB67FD" w:rsidRPr="003925BB">
          <w:rPr>
            <w:rStyle w:val="Hipervnculo"/>
            <w:noProof/>
            <w:lang w:val="es-MX"/>
          </w:rPr>
          <w:t>2.1 Concepto de regiones naturales</w:t>
        </w:r>
        <w:r w:rsidR="00FB67FD">
          <w:rPr>
            <w:noProof/>
            <w:webHidden/>
          </w:rPr>
          <w:tab/>
        </w:r>
        <w:r w:rsidR="00FB67FD">
          <w:rPr>
            <w:noProof/>
            <w:webHidden/>
          </w:rPr>
          <w:fldChar w:fldCharType="begin"/>
        </w:r>
        <w:r w:rsidR="00FB67FD">
          <w:rPr>
            <w:noProof/>
            <w:webHidden/>
          </w:rPr>
          <w:instrText xml:space="preserve"> PAGEREF _Toc230856337 \h </w:instrText>
        </w:r>
        <w:r w:rsidR="00FB67FD">
          <w:rPr>
            <w:noProof/>
            <w:webHidden/>
          </w:rPr>
        </w:r>
        <w:r w:rsidR="00FB67FD">
          <w:rPr>
            <w:noProof/>
            <w:webHidden/>
          </w:rPr>
          <w:fldChar w:fldCharType="separate"/>
        </w:r>
        <w:r w:rsidR="00FB67FD">
          <w:rPr>
            <w:noProof/>
            <w:webHidden/>
          </w:rPr>
          <w:t>2</w:t>
        </w:r>
        <w:r w:rsidR="00FB67FD">
          <w:rPr>
            <w:noProof/>
            <w:webHidden/>
          </w:rPr>
          <w:fldChar w:fldCharType="end"/>
        </w:r>
      </w:hyperlink>
    </w:p>
    <w:p w:rsidR="00FB67FD" w:rsidRDefault="00E94FB5">
      <w:pPr>
        <w:pStyle w:val="TDC2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230856338" w:history="1">
        <w:r w:rsidR="00FB67FD" w:rsidRPr="003925BB">
          <w:rPr>
            <w:rStyle w:val="Hipervnculo"/>
            <w:noProof/>
            <w:lang w:val="es-MX"/>
          </w:rPr>
          <w:t>2.2 Clasificación general</w:t>
        </w:r>
        <w:r w:rsidR="00FB67FD">
          <w:rPr>
            <w:noProof/>
            <w:webHidden/>
          </w:rPr>
          <w:tab/>
        </w:r>
        <w:r w:rsidR="00FB67FD">
          <w:rPr>
            <w:noProof/>
            <w:webHidden/>
          </w:rPr>
          <w:fldChar w:fldCharType="begin"/>
        </w:r>
        <w:r w:rsidR="00FB67FD">
          <w:rPr>
            <w:noProof/>
            <w:webHidden/>
          </w:rPr>
          <w:instrText xml:space="preserve"> PAGEREF _Toc230856338 \h </w:instrText>
        </w:r>
        <w:r w:rsidR="00FB67FD">
          <w:rPr>
            <w:noProof/>
            <w:webHidden/>
          </w:rPr>
        </w:r>
        <w:r w:rsidR="00FB67FD">
          <w:rPr>
            <w:noProof/>
            <w:webHidden/>
          </w:rPr>
          <w:fldChar w:fldCharType="separate"/>
        </w:r>
        <w:r w:rsidR="00FB67FD">
          <w:rPr>
            <w:noProof/>
            <w:webHidden/>
          </w:rPr>
          <w:t>2</w:t>
        </w:r>
        <w:r w:rsidR="00FB67FD">
          <w:rPr>
            <w:noProof/>
            <w:webHidden/>
          </w:rPr>
          <w:fldChar w:fldCharType="end"/>
        </w:r>
      </w:hyperlink>
    </w:p>
    <w:p w:rsidR="00FB67FD" w:rsidRDefault="00E94FB5">
      <w:pPr>
        <w:pStyle w:val="TDC3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230856339" w:history="1">
        <w:r w:rsidR="00FB67FD" w:rsidRPr="003925BB">
          <w:rPr>
            <w:rStyle w:val="Hipervnculo"/>
            <w:noProof/>
            <w:lang w:val="es-MX"/>
          </w:rPr>
          <w:t>2.2.1 La costa peruana</w:t>
        </w:r>
        <w:r w:rsidR="00FB67FD">
          <w:rPr>
            <w:noProof/>
            <w:webHidden/>
          </w:rPr>
          <w:tab/>
        </w:r>
        <w:r w:rsidR="00FB67FD">
          <w:rPr>
            <w:noProof/>
            <w:webHidden/>
          </w:rPr>
          <w:fldChar w:fldCharType="begin"/>
        </w:r>
        <w:r w:rsidR="00FB67FD">
          <w:rPr>
            <w:noProof/>
            <w:webHidden/>
          </w:rPr>
          <w:instrText xml:space="preserve"> PAGEREF _Toc230856339 \h </w:instrText>
        </w:r>
        <w:r w:rsidR="00FB67FD">
          <w:rPr>
            <w:noProof/>
            <w:webHidden/>
          </w:rPr>
        </w:r>
        <w:r w:rsidR="00FB67FD">
          <w:rPr>
            <w:noProof/>
            <w:webHidden/>
          </w:rPr>
          <w:fldChar w:fldCharType="separate"/>
        </w:r>
        <w:r w:rsidR="00FB67FD">
          <w:rPr>
            <w:noProof/>
            <w:webHidden/>
          </w:rPr>
          <w:t>3</w:t>
        </w:r>
        <w:r w:rsidR="00FB67FD">
          <w:rPr>
            <w:noProof/>
            <w:webHidden/>
          </w:rPr>
          <w:fldChar w:fldCharType="end"/>
        </w:r>
      </w:hyperlink>
    </w:p>
    <w:p w:rsidR="00FB67FD" w:rsidRDefault="00E94FB5">
      <w:pPr>
        <w:pStyle w:val="TDC3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230856340" w:history="1">
        <w:r w:rsidR="00FB67FD" w:rsidRPr="003925BB">
          <w:rPr>
            <w:rStyle w:val="Hipervnculo"/>
            <w:noProof/>
            <w:lang w:val="es-MX"/>
          </w:rPr>
          <w:t>2.2.2 La sierra peruana</w:t>
        </w:r>
        <w:r w:rsidR="00FB67FD">
          <w:rPr>
            <w:noProof/>
            <w:webHidden/>
          </w:rPr>
          <w:tab/>
        </w:r>
        <w:r w:rsidR="00FB67FD">
          <w:rPr>
            <w:noProof/>
            <w:webHidden/>
          </w:rPr>
          <w:fldChar w:fldCharType="begin"/>
        </w:r>
        <w:r w:rsidR="00FB67FD">
          <w:rPr>
            <w:noProof/>
            <w:webHidden/>
          </w:rPr>
          <w:instrText xml:space="preserve"> PAGEREF _Toc230856340 \h </w:instrText>
        </w:r>
        <w:r w:rsidR="00FB67FD">
          <w:rPr>
            <w:noProof/>
            <w:webHidden/>
          </w:rPr>
        </w:r>
        <w:r w:rsidR="00FB67FD">
          <w:rPr>
            <w:noProof/>
            <w:webHidden/>
          </w:rPr>
          <w:fldChar w:fldCharType="separate"/>
        </w:r>
        <w:r w:rsidR="00FB67FD">
          <w:rPr>
            <w:noProof/>
            <w:webHidden/>
          </w:rPr>
          <w:t>4</w:t>
        </w:r>
        <w:r w:rsidR="00FB67FD">
          <w:rPr>
            <w:noProof/>
            <w:webHidden/>
          </w:rPr>
          <w:fldChar w:fldCharType="end"/>
        </w:r>
      </w:hyperlink>
    </w:p>
    <w:p w:rsidR="00FB67FD" w:rsidRDefault="00E94FB5">
      <w:pPr>
        <w:pStyle w:val="TDC3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230856341" w:history="1">
        <w:r w:rsidR="00FB67FD" w:rsidRPr="003925BB">
          <w:rPr>
            <w:rStyle w:val="Hipervnculo"/>
            <w:noProof/>
            <w:lang w:val="es-MX"/>
          </w:rPr>
          <w:t>2.2.3 La selva peruana</w:t>
        </w:r>
        <w:r w:rsidR="00FB67FD">
          <w:rPr>
            <w:noProof/>
            <w:webHidden/>
          </w:rPr>
          <w:tab/>
        </w:r>
        <w:r w:rsidR="00FB67FD">
          <w:rPr>
            <w:noProof/>
            <w:webHidden/>
          </w:rPr>
          <w:fldChar w:fldCharType="begin"/>
        </w:r>
        <w:r w:rsidR="00FB67FD">
          <w:rPr>
            <w:noProof/>
            <w:webHidden/>
          </w:rPr>
          <w:instrText xml:space="preserve"> PAGEREF _Toc230856341 \h </w:instrText>
        </w:r>
        <w:r w:rsidR="00FB67FD">
          <w:rPr>
            <w:noProof/>
            <w:webHidden/>
          </w:rPr>
        </w:r>
        <w:r w:rsidR="00FB67FD">
          <w:rPr>
            <w:noProof/>
            <w:webHidden/>
          </w:rPr>
          <w:fldChar w:fldCharType="separate"/>
        </w:r>
        <w:r w:rsidR="00FB67FD">
          <w:rPr>
            <w:noProof/>
            <w:webHidden/>
          </w:rPr>
          <w:t>5</w:t>
        </w:r>
        <w:r w:rsidR="00FB67FD">
          <w:rPr>
            <w:noProof/>
            <w:webHidden/>
          </w:rPr>
          <w:fldChar w:fldCharType="end"/>
        </w:r>
      </w:hyperlink>
    </w:p>
    <w:p w:rsidR="00FB67FD" w:rsidRDefault="00E94FB5">
      <w:pPr>
        <w:pStyle w:val="TDC2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230856342" w:history="1">
        <w:r w:rsidR="00FB67FD" w:rsidRPr="003925BB">
          <w:rPr>
            <w:rStyle w:val="Hipervnculo"/>
            <w:noProof/>
            <w:lang w:val="es-MX"/>
          </w:rPr>
          <w:t>2.3 Comparación e importancia de las regiones naturales</w:t>
        </w:r>
        <w:r w:rsidR="00FB67FD">
          <w:rPr>
            <w:noProof/>
            <w:webHidden/>
          </w:rPr>
          <w:tab/>
        </w:r>
        <w:r w:rsidR="00FB67FD">
          <w:rPr>
            <w:noProof/>
            <w:webHidden/>
          </w:rPr>
          <w:fldChar w:fldCharType="begin"/>
        </w:r>
        <w:r w:rsidR="00FB67FD">
          <w:rPr>
            <w:noProof/>
            <w:webHidden/>
          </w:rPr>
          <w:instrText xml:space="preserve"> PAGEREF _Toc230856342 \h </w:instrText>
        </w:r>
        <w:r w:rsidR="00FB67FD">
          <w:rPr>
            <w:noProof/>
            <w:webHidden/>
          </w:rPr>
        </w:r>
        <w:r w:rsidR="00FB67FD">
          <w:rPr>
            <w:noProof/>
            <w:webHidden/>
          </w:rPr>
          <w:fldChar w:fldCharType="separate"/>
        </w:r>
        <w:r w:rsidR="00FB67FD">
          <w:rPr>
            <w:noProof/>
            <w:webHidden/>
          </w:rPr>
          <w:t>6</w:t>
        </w:r>
        <w:r w:rsidR="00FB67FD">
          <w:rPr>
            <w:noProof/>
            <w:webHidden/>
          </w:rPr>
          <w:fldChar w:fldCharType="end"/>
        </w:r>
      </w:hyperlink>
    </w:p>
    <w:p w:rsidR="00FB67FD" w:rsidRDefault="00E94FB5">
      <w:pPr>
        <w:pStyle w:val="TDC1"/>
        <w:rPr>
          <w:rFonts w:asciiTheme="minorHAnsi" w:eastAsiaTheme="minorEastAsia" w:hAnsiTheme="minorHAnsi"/>
          <w:b w:val="0"/>
          <w:sz w:val="22"/>
        </w:rPr>
      </w:pPr>
      <w:hyperlink w:anchor="_Toc230856343" w:history="1">
        <w:r w:rsidR="00FB67FD" w:rsidRPr="003925BB">
          <w:rPr>
            <w:rStyle w:val="Hipervnculo"/>
          </w:rPr>
          <w:t>3. Conclusiones</w:t>
        </w:r>
        <w:r w:rsidR="00FB67FD">
          <w:rPr>
            <w:webHidden/>
          </w:rPr>
          <w:tab/>
        </w:r>
        <w:r w:rsidR="00FB67FD">
          <w:rPr>
            <w:webHidden/>
          </w:rPr>
          <w:fldChar w:fldCharType="begin"/>
        </w:r>
        <w:r w:rsidR="00FB67FD">
          <w:rPr>
            <w:webHidden/>
          </w:rPr>
          <w:instrText xml:space="preserve"> PAGEREF _Toc230856343 \h </w:instrText>
        </w:r>
        <w:r w:rsidR="00FB67FD">
          <w:rPr>
            <w:webHidden/>
          </w:rPr>
        </w:r>
        <w:r w:rsidR="00FB67FD">
          <w:rPr>
            <w:webHidden/>
          </w:rPr>
          <w:fldChar w:fldCharType="separate"/>
        </w:r>
        <w:r w:rsidR="00FB67FD">
          <w:rPr>
            <w:webHidden/>
          </w:rPr>
          <w:t>7</w:t>
        </w:r>
        <w:r w:rsidR="00FB67FD">
          <w:rPr>
            <w:webHidden/>
          </w:rPr>
          <w:fldChar w:fldCharType="end"/>
        </w:r>
      </w:hyperlink>
    </w:p>
    <w:p w:rsidR="00FB67FD" w:rsidRDefault="00E94FB5">
      <w:pPr>
        <w:pStyle w:val="TDC1"/>
        <w:rPr>
          <w:rFonts w:asciiTheme="minorHAnsi" w:eastAsiaTheme="minorEastAsia" w:hAnsiTheme="minorHAnsi"/>
          <w:b w:val="0"/>
          <w:sz w:val="22"/>
        </w:rPr>
      </w:pPr>
      <w:hyperlink w:anchor="_Toc230856344" w:history="1">
        <w:r w:rsidR="00FB67FD" w:rsidRPr="003925BB">
          <w:rPr>
            <w:rStyle w:val="Hipervnculo"/>
            <w:lang w:val="es-MX"/>
          </w:rPr>
          <w:t>4. Bibliografía</w:t>
        </w:r>
        <w:r w:rsidR="00FB67FD">
          <w:rPr>
            <w:webHidden/>
          </w:rPr>
          <w:tab/>
        </w:r>
        <w:r w:rsidR="00FB67FD">
          <w:rPr>
            <w:webHidden/>
          </w:rPr>
          <w:fldChar w:fldCharType="begin"/>
        </w:r>
        <w:r w:rsidR="00FB67FD">
          <w:rPr>
            <w:webHidden/>
          </w:rPr>
          <w:instrText xml:space="preserve"> PAGEREF _Toc230856344 \h </w:instrText>
        </w:r>
        <w:r w:rsidR="00FB67FD">
          <w:rPr>
            <w:webHidden/>
          </w:rPr>
        </w:r>
        <w:r w:rsidR="00FB67FD">
          <w:rPr>
            <w:webHidden/>
          </w:rPr>
          <w:fldChar w:fldCharType="separate"/>
        </w:r>
        <w:r w:rsidR="00FB67FD">
          <w:rPr>
            <w:webHidden/>
          </w:rPr>
          <w:t>8</w:t>
        </w:r>
        <w:r w:rsidR="00FB67FD">
          <w:rPr>
            <w:webHidden/>
          </w:rPr>
          <w:fldChar w:fldCharType="end"/>
        </w:r>
      </w:hyperlink>
    </w:p>
    <w:p w:rsidR="00FB67FD" w:rsidRDefault="00E94FB5">
      <w:pPr>
        <w:pStyle w:val="TDC1"/>
        <w:rPr>
          <w:rFonts w:asciiTheme="minorHAnsi" w:eastAsiaTheme="minorEastAsia" w:hAnsiTheme="minorHAnsi"/>
          <w:b w:val="0"/>
          <w:sz w:val="22"/>
        </w:rPr>
      </w:pPr>
      <w:hyperlink w:anchor="_Toc230856345" w:history="1">
        <w:r w:rsidR="00FB67FD" w:rsidRPr="003925BB">
          <w:rPr>
            <w:rStyle w:val="Hipervnculo"/>
            <w:lang w:val="es-MX"/>
          </w:rPr>
          <w:t>5. Anexos</w:t>
        </w:r>
        <w:r w:rsidR="00FB67FD">
          <w:rPr>
            <w:webHidden/>
          </w:rPr>
          <w:tab/>
        </w:r>
        <w:r w:rsidR="00FB67FD">
          <w:rPr>
            <w:webHidden/>
          </w:rPr>
          <w:fldChar w:fldCharType="begin"/>
        </w:r>
        <w:r w:rsidR="00FB67FD">
          <w:rPr>
            <w:webHidden/>
          </w:rPr>
          <w:instrText xml:space="preserve"> PAGEREF _Toc230856345 \h </w:instrText>
        </w:r>
        <w:r w:rsidR="00FB67FD">
          <w:rPr>
            <w:webHidden/>
          </w:rPr>
        </w:r>
        <w:r w:rsidR="00FB67FD">
          <w:rPr>
            <w:webHidden/>
          </w:rPr>
          <w:fldChar w:fldCharType="separate"/>
        </w:r>
        <w:r w:rsidR="00FB67FD">
          <w:rPr>
            <w:webHidden/>
          </w:rPr>
          <w:t>9</w:t>
        </w:r>
        <w:r w:rsidR="00FB67FD">
          <w:rPr>
            <w:webHidden/>
          </w:rPr>
          <w:fldChar w:fldCharType="end"/>
        </w:r>
      </w:hyperlink>
    </w:p>
    <w:p w:rsidR="00FB67FD" w:rsidRDefault="00E94FB5">
      <w:pPr>
        <w:pStyle w:val="TDC2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230856346" w:history="1">
        <w:r w:rsidR="00FB67FD" w:rsidRPr="003925BB">
          <w:rPr>
            <w:rStyle w:val="Hipervnculo"/>
            <w:noProof/>
            <w:lang w:val="es-MX"/>
          </w:rPr>
          <w:t>5.1 Anexo 1. Mapa del Perú y sus regiones naturales</w:t>
        </w:r>
        <w:r w:rsidR="00FB67FD">
          <w:rPr>
            <w:noProof/>
            <w:webHidden/>
          </w:rPr>
          <w:tab/>
        </w:r>
        <w:r w:rsidR="00FB67FD">
          <w:rPr>
            <w:noProof/>
            <w:webHidden/>
          </w:rPr>
          <w:fldChar w:fldCharType="begin"/>
        </w:r>
        <w:r w:rsidR="00FB67FD">
          <w:rPr>
            <w:noProof/>
            <w:webHidden/>
          </w:rPr>
          <w:instrText xml:space="preserve"> PAGEREF _Toc230856346 \h </w:instrText>
        </w:r>
        <w:r w:rsidR="00FB67FD">
          <w:rPr>
            <w:noProof/>
            <w:webHidden/>
          </w:rPr>
        </w:r>
        <w:r w:rsidR="00FB67FD">
          <w:rPr>
            <w:noProof/>
            <w:webHidden/>
          </w:rPr>
          <w:fldChar w:fldCharType="separate"/>
        </w:r>
        <w:r w:rsidR="00FB67FD">
          <w:rPr>
            <w:noProof/>
            <w:webHidden/>
          </w:rPr>
          <w:t>9</w:t>
        </w:r>
        <w:r w:rsidR="00FB67FD">
          <w:rPr>
            <w:noProof/>
            <w:webHidden/>
          </w:rPr>
          <w:fldChar w:fldCharType="end"/>
        </w:r>
      </w:hyperlink>
    </w:p>
    <w:p w:rsidR="00E16A7A" w:rsidRPr="00AF45A2" w:rsidRDefault="00322579">
      <w:pPr>
        <w:rPr>
          <w:lang w:val="es-MX"/>
        </w:rPr>
      </w:pPr>
      <w:r>
        <w:fldChar w:fldCharType="end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2"/>
      </w:tblGrid>
      <w:tr w:rsidR="00E16A7A" w:rsidRPr="003D02A4">
        <w:trPr>
          <w:jc w:val="center"/>
        </w:trPr>
        <w:tc>
          <w:tcPr>
            <w:tcW w:w="9072" w:type="dxa"/>
            <w:tcBorders>
              <w:top w:val="single" w:sz="8" w:space="0" w:color="D9C27E"/>
              <w:left w:val="single" w:sz="8" w:space="0" w:color="D9C27E"/>
              <w:bottom w:val="single" w:sz="8" w:space="0" w:color="D9C27E"/>
              <w:right w:val="single" w:sz="8" w:space="0" w:color="D9C27E"/>
            </w:tcBorders>
            <w:shd w:val="clear" w:color="auto" w:fill="FFF8E8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DF4906" w:rsidRDefault="00322579" w:rsidP="00DF4906">
            <w:pPr>
              <w:spacing w:after="0"/>
              <w:rPr>
                <w:b/>
                <w:color w:val="005B7F"/>
                <w:lang w:val="es-MX"/>
              </w:rPr>
            </w:pPr>
            <w:r w:rsidRPr="00AF45A2">
              <w:rPr>
                <w:b/>
                <w:color w:val="005B7F"/>
                <w:lang w:val="es-MX"/>
              </w:rPr>
              <w:t>Uso de</w:t>
            </w:r>
            <w:r w:rsidR="00B53086">
              <w:rPr>
                <w:b/>
                <w:color w:val="005B7F"/>
                <w:lang w:val="es-MX"/>
              </w:rPr>
              <w:t xml:space="preserve"> </w:t>
            </w:r>
            <w:r w:rsidRPr="00AF45A2">
              <w:rPr>
                <w:b/>
                <w:color w:val="005B7F"/>
                <w:lang w:val="es-MX"/>
              </w:rPr>
              <w:t>l</w:t>
            </w:r>
            <w:r w:rsidR="00B53086">
              <w:rPr>
                <w:b/>
                <w:color w:val="005B7F"/>
                <w:lang w:val="es-MX"/>
              </w:rPr>
              <w:t>a tabla de contenido o</w:t>
            </w:r>
            <w:r w:rsidRPr="00AF45A2">
              <w:rPr>
                <w:b/>
                <w:color w:val="005B7F"/>
                <w:lang w:val="es-MX"/>
              </w:rPr>
              <w:t xml:space="preserve"> índice</w:t>
            </w:r>
          </w:p>
          <w:p w:rsidR="00DF4906" w:rsidRDefault="00B53086" w:rsidP="00DF4906">
            <w:pPr>
              <w:spacing w:after="0"/>
              <w:jc w:val="both"/>
              <w:rPr>
                <w:lang w:val="es-MX"/>
              </w:rPr>
            </w:pPr>
            <w:r w:rsidRPr="00B53086">
              <w:rPr>
                <w:lang w:val="es-MX"/>
              </w:rPr>
              <w:t xml:space="preserve">Si cambias algún título, subtítulo o </w:t>
            </w:r>
            <w:r w:rsidR="00DF4906" w:rsidRPr="00DF4906">
              <w:rPr>
                <w:lang w:val="es-MX"/>
              </w:rPr>
              <w:t xml:space="preserve">número de </w:t>
            </w:r>
            <w:r w:rsidRPr="00B53086">
              <w:rPr>
                <w:lang w:val="es-MX"/>
              </w:rPr>
              <w:t xml:space="preserve">página, haz </w:t>
            </w:r>
            <w:r w:rsidRPr="00B53086">
              <w:rPr>
                <w:b/>
                <w:bCs/>
                <w:lang w:val="es-MX"/>
              </w:rPr>
              <w:t>clic derecho sobre el índice</w:t>
            </w:r>
            <w:r w:rsidRPr="00B53086">
              <w:rPr>
                <w:lang w:val="es-MX"/>
              </w:rPr>
              <w:t xml:space="preserve">, selecciona </w:t>
            </w:r>
            <w:r w:rsidRPr="00B53086">
              <w:rPr>
                <w:b/>
                <w:bCs/>
                <w:lang w:val="es-MX"/>
              </w:rPr>
              <w:t>“Actualizar campo”</w:t>
            </w:r>
            <w:r w:rsidRPr="00B53086">
              <w:rPr>
                <w:lang w:val="es-MX"/>
              </w:rPr>
              <w:t xml:space="preserve"> y luego </w:t>
            </w:r>
            <w:r w:rsidRPr="00B53086">
              <w:rPr>
                <w:b/>
                <w:bCs/>
                <w:lang w:val="es-MX"/>
              </w:rPr>
              <w:t>“Actualizar toda la tabla”</w:t>
            </w:r>
            <w:r w:rsidRPr="00B53086">
              <w:rPr>
                <w:lang w:val="es-MX"/>
              </w:rPr>
              <w:t xml:space="preserve">. </w:t>
            </w:r>
          </w:p>
          <w:p w:rsidR="00DF4906" w:rsidRDefault="00DF4906" w:rsidP="00DF4906">
            <w:pPr>
              <w:spacing w:after="0"/>
              <w:jc w:val="both"/>
              <w:rPr>
                <w:lang w:val="es-MX"/>
              </w:rPr>
            </w:pPr>
            <w:r w:rsidRPr="00DF4906">
              <w:rPr>
                <w:rFonts w:ascii="Segoe UI Symbol" w:hAnsi="Segoe UI Symbol" w:cs="Segoe UI Symbol"/>
                <w:lang w:val="es-MX"/>
              </w:rPr>
              <w:t>✅</w:t>
            </w:r>
            <w:r w:rsidRPr="00B53086">
              <w:rPr>
                <w:lang w:val="es-MX"/>
              </w:rPr>
              <w:t xml:space="preserve"> </w:t>
            </w:r>
            <w:r>
              <w:rPr>
                <w:lang w:val="es-MX"/>
              </w:rPr>
              <w:t>V</w:t>
            </w:r>
            <w:r w:rsidR="00B53086" w:rsidRPr="00B53086">
              <w:rPr>
                <w:lang w:val="es-MX"/>
              </w:rPr>
              <w:t>erifica que los títulos y</w:t>
            </w:r>
            <w:r w:rsidR="0068611F">
              <w:rPr>
                <w:lang w:val="es-MX"/>
              </w:rPr>
              <w:t xml:space="preserve"> los </w:t>
            </w:r>
            <w:r w:rsidR="0068611F" w:rsidRPr="0068611F">
              <w:rPr>
                <w:lang w:val="es-MX"/>
              </w:rPr>
              <w:t>número</w:t>
            </w:r>
            <w:r w:rsidR="0068611F">
              <w:rPr>
                <w:lang w:val="es-MX"/>
              </w:rPr>
              <w:t>s de</w:t>
            </w:r>
            <w:r w:rsidR="00B53086" w:rsidRPr="00B53086">
              <w:rPr>
                <w:lang w:val="es-MX"/>
              </w:rPr>
              <w:t xml:space="preserve"> las páginas coincidan con el contenido del trabajo.</w:t>
            </w:r>
          </w:p>
          <w:p w:rsidR="00B53086" w:rsidRPr="00AF45A2" w:rsidRDefault="00DF4906" w:rsidP="00DF4906">
            <w:pPr>
              <w:spacing w:after="0"/>
              <w:jc w:val="both"/>
              <w:rPr>
                <w:lang w:val="es-MX"/>
              </w:rPr>
            </w:pPr>
            <w:r w:rsidRPr="00DF4906">
              <w:rPr>
                <w:rFonts w:ascii="Segoe UI Symbol" w:hAnsi="Segoe UI Symbol" w:cs="Segoe UI Symbol"/>
                <w:lang w:val="es-MX"/>
              </w:rPr>
              <w:t>⚠</w:t>
            </w:r>
            <w:r>
              <w:t>️</w:t>
            </w:r>
            <w:r w:rsidRPr="00B53086">
              <w:rPr>
                <w:b/>
                <w:bCs/>
                <w:lang w:val="es-MX"/>
              </w:rPr>
              <w:t xml:space="preserve"> </w:t>
            </w:r>
            <w:r w:rsidRPr="00DF4906">
              <w:rPr>
                <w:bCs/>
                <w:lang w:val="es-MX"/>
              </w:rPr>
              <w:t>No</w:t>
            </w:r>
            <w:r w:rsidR="00B53086" w:rsidRPr="00B53086">
              <w:rPr>
                <w:lang w:val="es-MX"/>
              </w:rPr>
              <w:t xml:space="preserve"> escribas el índice manualmente; primero modifica el contenido del trabajo y después actualiza la tabla.</w:t>
            </w:r>
          </w:p>
        </w:tc>
      </w:tr>
    </w:tbl>
    <w:p w:rsidR="00E16A7A" w:rsidRDefault="00E16A7A">
      <w:pPr>
        <w:spacing w:after="160"/>
        <w:rPr>
          <w:lang w:val="es-MX"/>
        </w:rPr>
      </w:pPr>
    </w:p>
    <w:p w:rsidR="00DF4906" w:rsidRDefault="00DF4906">
      <w:pPr>
        <w:spacing w:after="160"/>
        <w:rPr>
          <w:lang w:val="es-MX"/>
        </w:rPr>
      </w:pPr>
    </w:p>
    <w:p w:rsidR="00FB67FD" w:rsidRDefault="00FB67FD">
      <w:pPr>
        <w:spacing w:after="160"/>
        <w:rPr>
          <w:lang w:val="es-MX"/>
        </w:rPr>
      </w:pPr>
    </w:p>
    <w:p w:rsidR="00DF4906" w:rsidRDefault="00DF4906">
      <w:pPr>
        <w:spacing w:after="160"/>
        <w:rPr>
          <w:lang w:val="es-MX"/>
        </w:rPr>
      </w:pPr>
    </w:p>
    <w:p w:rsidR="00DF4906" w:rsidRDefault="00DF4906">
      <w:pPr>
        <w:spacing w:after="160"/>
        <w:rPr>
          <w:lang w:val="es-MX"/>
        </w:rPr>
      </w:pPr>
    </w:p>
    <w:p w:rsidR="00DF4906" w:rsidRDefault="00DF4906">
      <w:pPr>
        <w:spacing w:after="160"/>
        <w:rPr>
          <w:lang w:val="es-MX"/>
        </w:rPr>
      </w:pPr>
    </w:p>
    <w:p w:rsidR="003D02A4" w:rsidRDefault="003D02A4">
      <w:pPr>
        <w:spacing w:after="160"/>
        <w:rPr>
          <w:lang w:val="es-MX"/>
        </w:rPr>
      </w:pPr>
    </w:p>
    <w:p w:rsidR="00A61B8A" w:rsidRDefault="00322579" w:rsidP="000152E2">
      <w:pPr>
        <w:pStyle w:val="Ttulo1"/>
        <w:spacing w:line="360" w:lineRule="auto"/>
        <w:rPr>
          <w:noProof/>
        </w:rPr>
      </w:pPr>
      <w:bookmarkStart w:id="3" w:name="_Toc230785141"/>
      <w:bookmarkStart w:id="4" w:name="_Toc230856334"/>
      <w:proofErr w:type="spellStart"/>
      <w:r w:rsidRPr="00221B53">
        <w:rPr>
          <w:rFonts w:ascii="Arial" w:eastAsia="Arial" w:hAnsi="Arial"/>
          <w:color w:val="auto"/>
          <w:sz w:val="28"/>
        </w:rPr>
        <w:t>Tabla</w:t>
      </w:r>
      <w:proofErr w:type="spellEnd"/>
      <w:r w:rsidRPr="00221B53">
        <w:rPr>
          <w:rFonts w:ascii="Arial" w:eastAsia="Arial" w:hAnsi="Arial"/>
          <w:color w:val="auto"/>
          <w:sz w:val="28"/>
        </w:rPr>
        <w:t xml:space="preserve"> de </w:t>
      </w:r>
      <w:proofErr w:type="spellStart"/>
      <w:r w:rsidRPr="00221B53">
        <w:rPr>
          <w:rFonts w:ascii="Arial" w:eastAsia="Arial" w:hAnsi="Arial"/>
          <w:color w:val="auto"/>
          <w:sz w:val="28"/>
        </w:rPr>
        <w:t>figuras</w:t>
      </w:r>
      <w:bookmarkEnd w:id="3"/>
      <w:bookmarkEnd w:id="4"/>
      <w:proofErr w:type="spellEnd"/>
      <w:r>
        <w:fldChar w:fldCharType="begin"/>
      </w:r>
      <w:r w:rsidRPr="00AF45A2">
        <w:rPr>
          <w:rFonts w:ascii="Arial" w:eastAsia="Arial" w:hAnsi="Arial"/>
          <w:sz w:val="24"/>
          <w:lang w:val="es-MX"/>
        </w:rPr>
        <w:instrText>TOC \h \z \c "Figura"</w:instrText>
      </w:r>
      <w:r>
        <w:fldChar w:fldCharType="separate"/>
      </w:r>
    </w:p>
    <w:p w:rsidR="00A61B8A" w:rsidRPr="00A61B8A" w:rsidRDefault="00E94FB5" w:rsidP="000152E2">
      <w:pPr>
        <w:pStyle w:val="Tabladeilustraciones"/>
        <w:tabs>
          <w:tab w:val="right" w:leader="dot" w:pos="9062"/>
        </w:tabs>
        <w:rPr>
          <w:rFonts w:asciiTheme="minorHAnsi" w:eastAsiaTheme="minorEastAsia" w:hAnsiTheme="minorHAnsi"/>
          <w:b/>
          <w:noProof/>
          <w:sz w:val="22"/>
        </w:rPr>
      </w:pPr>
      <w:hyperlink w:anchor="_Toc230784245" w:history="1">
        <w:r w:rsidR="00A61B8A" w:rsidRPr="00A61B8A">
          <w:rPr>
            <w:rStyle w:val="Hipervnculo"/>
            <w:b/>
            <w:noProof/>
            <w:lang w:val="es-MX"/>
          </w:rPr>
          <w:t>Figura 1 Ilustración regiones naturales del Perú</w:t>
        </w:r>
        <w:r w:rsidR="00A61B8A" w:rsidRPr="00A61B8A">
          <w:rPr>
            <w:b/>
            <w:noProof/>
            <w:webHidden/>
          </w:rPr>
          <w:tab/>
        </w:r>
        <w:r w:rsidR="00A61B8A" w:rsidRPr="00A61B8A">
          <w:rPr>
            <w:noProof/>
            <w:webHidden/>
          </w:rPr>
          <w:fldChar w:fldCharType="begin"/>
        </w:r>
        <w:r w:rsidR="00A61B8A" w:rsidRPr="00A61B8A">
          <w:rPr>
            <w:noProof/>
            <w:webHidden/>
          </w:rPr>
          <w:instrText xml:space="preserve"> PAGEREF _Toc230784245 \h </w:instrText>
        </w:r>
        <w:r w:rsidR="00A61B8A" w:rsidRPr="00A61B8A">
          <w:rPr>
            <w:noProof/>
            <w:webHidden/>
          </w:rPr>
        </w:r>
        <w:r w:rsidR="00A61B8A" w:rsidRPr="00A61B8A">
          <w:rPr>
            <w:noProof/>
            <w:webHidden/>
          </w:rPr>
          <w:fldChar w:fldCharType="separate"/>
        </w:r>
        <w:r w:rsidR="00A61B8A" w:rsidRPr="00A61B8A">
          <w:rPr>
            <w:noProof/>
            <w:webHidden/>
          </w:rPr>
          <w:t>3</w:t>
        </w:r>
        <w:r w:rsidR="00A61B8A" w:rsidRPr="00A61B8A">
          <w:rPr>
            <w:noProof/>
            <w:webHidden/>
          </w:rPr>
          <w:fldChar w:fldCharType="end"/>
        </w:r>
      </w:hyperlink>
    </w:p>
    <w:p w:rsidR="00A61B8A" w:rsidRPr="00A61B8A" w:rsidRDefault="00E94FB5" w:rsidP="000152E2">
      <w:pPr>
        <w:pStyle w:val="Tabladeilustraciones"/>
        <w:tabs>
          <w:tab w:val="right" w:leader="dot" w:pos="9062"/>
        </w:tabs>
        <w:rPr>
          <w:rFonts w:asciiTheme="minorHAnsi" w:eastAsiaTheme="minorEastAsia" w:hAnsiTheme="minorHAnsi"/>
          <w:b/>
          <w:noProof/>
          <w:sz w:val="22"/>
        </w:rPr>
      </w:pPr>
      <w:hyperlink w:anchor="_Toc230784246" w:history="1">
        <w:r w:rsidR="00A61B8A" w:rsidRPr="00A61B8A">
          <w:rPr>
            <w:rStyle w:val="Hipervnculo"/>
            <w:b/>
            <w:noProof/>
          </w:rPr>
          <w:t>Figura 2 Ilustración costa peruana</w:t>
        </w:r>
        <w:r w:rsidR="00A61B8A" w:rsidRPr="00A61B8A">
          <w:rPr>
            <w:b/>
            <w:noProof/>
            <w:webHidden/>
          </w:rPr>
          <w:tab/>
        </w:r>
        <w:r w:rsidR="00A61B8A" w:rsidRPr="00A61B8A">
          <w:rPr>
            <w:noProof/>
            <w:webHidden/>
          </w:rPr>
          <w:fldChar w:fldCharType="begin"/>
        </w:r>
        <w:r w:rsidR="00A61B8A" w:rsidRPr="00A61B8A">
          <w:rPr>
            <w:noProof/>
            <w:webHidden/>
          </w:rPr>
          <w:instrText xml:space="preserve"> PAGEREF _Toc230784246 \h </w:instrText>
        </w:r>
        <w:r w:rsidR="00A61B8A" w:rsidRPr="00A61B8A">
          <w:rPr>
            <w:noProof/>
            <w:webHidden/>
          </w:rPr>
        </w:r>
        <w:r w:rsidR="00A61B8A" w:rsidRPr="00A61B8A">
          <w:rPr>
            <w:noProof/>
            <w:webHidden/>
          </w:rPr>
          <w:fldChar w:fldCharType="separate"/>
        </w:r>
        <w:r w:rsidR="00A61B8A" w:rsidRPr="00A61B8A">
          <w:rPr>
            <w:noProof/>
            <w:webHidden/>
          </w:rPr>
          <w:t>4</w:t>
        </w:r>
        <w:r w:rsidR="00A61B8A" w:rsidRPr="00A61B8A">
          <w:rPr>
            <w:noProof/>
            <w:webHidden/>
          </w:rPr>
          <w:fldChar w:fldCharType="end"/>
        </w:r>
      </w:hyperlink>
    </w:p>
    <w:p w:rsidR="00A61B8A" w:rsidRPr="00A61B8A" w:rsidRDefault="00E94FB5" w:rsidP="000152E2">
      <w:pPr>
        <w:pStyle w:val="Tabladeilustraciones"/>
        <w:tabs>
          <w:tab w:val="right" w:leader="dot" w:pos="9062"/>
        </w:tabs>
        <w:rPr>
          <w:rFonts w:asciiTheme="minorHAnsi" w:eastAsiaTheme="minorEastAsia" w:hAnsiTheme="minorHAnsi"/>
          <w:b/>
          <w:noProof/>
          <w:sz w:val="22"/>
        </w:rPr>
      </w:pPr>
      <w:hyperlink w:anchor="_Toc230784247" w:history="1">
        <w:r w:rsidR="00A61B8A" w:rsidRPr="00A61B8A">
          <w:rPr>
            <w:rStyle w:val="Hipervnculo"/>
            <w:b/>
            <w:noProof/>
          </w:rPr>
          <w:t>Figura 3 Ilustración sierra peruana</w:t>
        </w:r>
        <w:r w:rsidR="00A61B8A" w:rsidRPr="00A61B8A">
          <w:rPr>
            <w:b/>
            <w:noProof/>
            <w:webHidden/>
          </w:rPr>
          <w:tab/>
        </w:r>
        <w:r w:rsidR="00A61B8A" w:rsidRPr="00A61B8A">
          <w:rPr>
            <w:noProof/>
            <w:webHidden/>
          </w:rPr>
          <w:fldChar w:fldCharType="begin"/>
        </w:r>
        <w:r w:rsidR="00A61B8A" w:rsidRPr="00A61B8A">
          <w:rPr>
            <w:noProof/>
            <w:webHidden/>
          </w:rPr>
          <w:instrText xml:space="preserve"> PAGEREF _Toc230784247 \h </w:instrText>
        </w:r>
        <w:r w:rsidR="00A61B8A" w:rsidRPr="00A61B8A">
          <w:rPr>
            <w:noProof/>
            <w:webHidden/>
          </w:rPr>
        </w:r>
        <w:r w:rsidR="00A61B8A" w:rsidRPr="00A61B8A">
          <w:rPr>
            <w:noProof/>
            <w:webHidden/>
          </w:rPr>
          <w:fldChar w:fldCharType="separate"/>
        </w:r>
        <w:r w:rsidR="00A61B8A" w:rsidRPr="00A61B8A">
          <w:rPr>
            <w:noProof/>
            <w:webHidden/>
          </w:rPr>
          <w:t>5</w:t>
        </w:r>
        <w:r w:rsidR="00A61B8A" w:rsidRPr="00A61B8A">
          <w:rPr>
            <w:noProof/>
            <w:webHidden/>
          </w:rPr>
          <w:fldChar w:fldCharType="end"/>
        </w:r>
      </w:hyperlink>
    </w:p>
    <w:p w:rsidR="00A61B8A" w:rsidRPr="00A61B8A" w:rsidRDefault="00E94FB5" w:rsidP="000152E2">
      <w:pPr>
        <w:pStyle w:val="Tabladeilustraciones"/>
        <w:tabs>
          <w:tab w:val="right" w:leader="dot" w:pos="9062"/>
        </w:tabs>
        <w:rPr>
          <w:rFonts w:asciiTheme="minorHAnsi" w:eastAsiaTheme="minorEastAsia" w:hAnsiTheme="minorHAnsi"/>
          <w:b/>
          <w:noProof/>
          <w:sz w:val="22"/>
        </w:rPr>
      </w:pPr>
      <w:hyperlink w:anchor="_Toc230784248" w:history="1">
        <w:r w:rsidR="00A61B8A" w:rsidRPr="00A61B8A">
          <w:rPr>
            <w:rStyle w:val="Hipervnculo"/>
            <w:b/>
            <w:noProof/>
          </w:rPr>
          <w:t>Figura 4 Ilustración selva peruana</w:t>
        </w:r>
        <w:r w:rsidR="00A61B8A" w:rsidRPr="00A61B8A">
          <w:rPr>
            <w:b/>
            <w:noProof/>
            <w:webHidden/>
          </w:rPr>
          <w:tab/>
        </w:r>
        <w:r w:rsidR="00A61B8A" w:rsidRPr="00A61B8A">
          <w:rPr>
            <w:noProof/>
            <w:webHidden/>
          </w:rPr>
          <w:fldChar w:fldCharType="begin"/>
        </w:r>
        <w:r w:rsidR="00A61B8A" w:rsidRPr="00A61B8A">
          <w:rPr>
            <w:noProof/>
            <w:webHidden/>
          </w:rPr>
          <w:instrText xml:space="preserve"> PAGEREF _Toc230784248 \h </w:instrText>
        </w:r>
        <w:r w:rsidR="00A61B8A" w:rsidRPr="00A61B8A">
          <w:rPr>
            <w:noProof/>
            <w:webHidden/>
          </w:rPr>
        </w:r>
        <w:r w:rsidR="00A61B8A" w:rsidRPr="00A61B8A">
          <w:rPr>
            <w:noProof/>
            <w:webHidden/>
          </w:rPr>
          <w:fldChar w:fldCharType="separate"/>
        </w:r>
        <w:r w:rsidR="00A61B8A" w:rsidRPr="00A61B8A">
          <w:rPr>
            <w:noProof/>
            <w:webHidden/>
          </w:rPr>
          <w:t>6</w:t>
        </w:r>
        <w:r w:rsidR="00A61B8A" w:rsidRPr="00A61B8A">
          <w:rPr>
            <w:noProof/>
            <w:webHidden/>
          </w:rPr>
          <w:fldChar w:fldCharType="end"/>
        </w:r>
      </w:hyperlink>
    </w:p>
    <w:p w:rsidR="00E16A7A" w:rsidRPr="00AF45A2" w:rsidRDefault="00322579" w:rsidP="000152E2">
      <w:pPr>
        <w:rPr>
          <w:lang w:val="es-MX"/>
        </w:rPr>
      </w:pPr>
      <w:r>
        <w:fldChar w:fldCharType="end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2"/>
      </w:tblGrid>
      <w:tr w:rsidR="00E16A7A" w:rsidRPr="003D02A4">
        <w:trPr>
          <w:jc w:val="center"/>
        </w:trPr>
        <w:tc>
          <w:tcPr>
            <w:tcW w:w="9072" w:type="dxa"/>
            <w:tcBorders>
              <w:top w:val="single" w:sz="8" w:space="0" w:color="D9C27E"/>
              <w:left w:val="single" w:sz="8" w:space="0" w:color="D9C27E"/>
              <w:bottom w:val="single" w:sz="8" w:space="0" w:color="D9C27E"/>
              <w:right w:val="single" w:sz="8" w:space="0" w:color="D9C27E"/>
            </w:tcBorders>
            <w:shd w:val="clear" w:color="auto" w:fill="FFF8E8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E16A7A" w:rsidRPr="00AF45A2" w:rsidRDefault="00322579">
            <w:pPr>
              <w:spacing w:after="0"/>
              <w:rPr>
                <w:lang w:val="es-MX"/>
              </w:rPr>
            </w:pPr>
            <w:r w:rsidRPr="00AF45A2">
              <w:rPr>
                <w:b/>
                <w:color w:val="005B7F"/>
                <w:lang w:val="es-MX"/>
              </w:rPr>
              <w:t>Uso de la tabla de figuras</w:t>
            </w:r>
          </w:p>
          <w:p w:rsidR="0068611F" w:rsidRDefault="00A61B8A" w:rsidP="0068611F">
            <w:pPr>
              <w:spacing w:after="0"/>
              <w:jc w:val="both"/>
              <w:rPr>
                <w:lang w:val="es-MX"/>
              </w:rPr>
            </w:pPr>
            <w:r w:rsidRPr="00A61B8A">
              <w:rPr>
                <w:lang w:val="es-MX"/>
              </w:rPr>
              <w:t xml:space="preserve">Para registrar una imagen, selecciónala y </w:t>
            </w:r>
            <w:r>
              <w:rPr>
                <w:lang w:val="es-MX"/>
              </w:rPr>
              <w:t xml:space="preserve">entra a </w:t>
            </w:r>
            <w:r>
              <w:rPr>
                <w:rStyle w:val="Textoennegrita"/>
                <w:lang w:val="es-MX"/>
              </w:rPr>
              <w:t>Referencias</w:t>
            </w:r>
            <w:r w:rsidRPr="0068611F">
              <w:rPr>
                <w:lang w:val="es-MX"/>
              </w:rPr>
              <w:t xml:space="preserve">, selecciona </w:t>
            </w:r>
            <w:r w:rsidRPr="0068611F">
              <w:rPr>
                <w:b/>
                <w:bCs/>
                <w:lang w:val="es-MX"/>
              </w:rPr>
              <w:t>“Insertar título”</w:t>
            </w:r>
            <w:r w:rsidRPr="0068611F">
              <w:rPr>
                <w:lang w:val="es-MX"/>
              </w:rPr>
              <w:t xml:space="preserve"> y escribe el nombre de la figura</w:t>
            </w:r>
            <w:r w:rsidRPr="00A61B8A">
              <w:rPr>
                <w:lang w:val="es-MX"/>
              </w:rPr>
              <w:t xml:space="preserve">. </w:t>
            </w:r>
          </w:p>
          <w:p w:rsidR="0068611F" w:rsidRPr="0068611F" w:rsidRDefault="0068611F" w:rsidP="0068611F">
            <w:pPr>
              <w:spacing w:after="0"/>
              <w:jc w:val="both"/>
              <w:rPr>
                <w:lang w:val="es-MX"/>
              </w:rPr>
            </w:pPr>
            <w:r w:rsidRPr="0068611F">
              <w:rPr>
                <w:lang w:val="es-MX"/>
              </w:rPr>
              <w:t xml:space="preserve">Si agregas, eliminas o cambias una imagen, haz clic derecho sobre la tabla de figuras, selecciona </w:t>
            </w:r>
            <w:r w:rsidRPr="0068611F">
              <w:rPr>
                <w:b/>
                <w:bCs/>
                <w:lang w:val="es-MX"/>
              </w:rPr>
              <w:t>“Actualizar campo”</w:t>
            </w:r>
            <w:r w:rsidRPr="0068611F">
              <w:rPr>
                <w:lang w:val="es-MX"/>
              </w:rPr>
              <w:t xml:space="preserve"> y luego </w:t>
            </w:r>
            <w:r w:rsidRPr="0068611F">
              <w:rPr>
                <w:b/>
                <w:bCs/>
                <w:lang w:val="es-MX"/>
              </w:rPr>
              <w:t>“Actualizar toda la tabla”</w:t>
            </w:r>
            <w:r w:rsidRPr="0068611F">
              <w:rPr>
                <w:lang w:val="es-MX"/>
              </w:rPr>
              <w:t>.</w:t>
            </w:r>
          </w:p>
          <w:p w:rsidR="0068611F" w:rsidRPr="0068611F" w:rsidRDefault="0068611F" w:rsidP="0068611F">
            <w:pPr>
              <w:spacing w:after="0"/>
              <w:jc w:val="both"/>
              <w:rPr>
                <w:lang w:val="es-MX"/>
              </w:rPr>
            </w:pPr>
            <w:r w:rsidRPr="0068611F">
              <w:rPr>
                <w:rFonts w:ascii="Segoe UI Symbol" w:hAnsi="Segoe UI Symbol" w:cs="Segoe UI Symbol"/>
                <w:lang w:val="es-MX"/>
              </w:rPr>
              <w:t>✅</w:t>
            </w:r>
            <w:r w:rsidRPr="0068611F">
              <w:rPr>
                <w:lang w:val="es-MX"/>
              </w:rPr>
              <w:t xml:space="preserve"> Verifica que cada figura aparezca con su nombre correcto y con el número de página correspondiente.</w:t>
            </w:r>
          </w:p>
          <w:p w:rsidR="00E16A7A" w:rsidRPr="00AF45A2" w:rsidRDefault="0068611F" w:rsidP="00A61B8A">
            <w:pPr>
              <w:spacing w:after="0"/>
              <w:jc w:val="both"/>
              <w:rPr>
                <w:lang w:val="es-MX"/>
              </w:rPr>
            </w:pPr>
            <w:r w:rsidRPr="0068611F">
              <w:rPr>
                <w:rFonts w:ascii="Segoe UI Symbol" w:hAnsi="Segoe UI Symbol" w:cs="Segoe UI Symbol"/>
                <w:lang w:val="es-MX"/>
              </w:rPr>
              <w:t>⚠</w:t>
            </w:r>
            <w:r w:rsidRPr="0068611F">
              <w:rPr>
                <w:lang w:val="es-MX"/>
              </w:rPr>
              <w:t xml:space="preserve">️ No escribas </w:t>
            </w:r>
            <w:r>
              <w:rPr>
                <w:lang w:val="es-MX"/>
              </w:rPr>
              <w:t>los nombres</w:t>
            </w:r>
            <w:r w:rsidRPr="0068611F">
              <w:rPr>
                <w:lang w:val="es-MX"/>
              </w:rPr>
              <w:t xml:space="preserve"> de</w:t>
            </w:r>
            <w:r>
              <w:rPr>
                <w:lang w:val="es-MX"/>
              </w:rPr>
              <w:t xml:space="preserve"> las</w:t>
            </w:r>
            <w:r w:rsidRPr="0068611F">
              <w:rPr>
                <w:lang w:val="es-MX"/>
              </w:rPr>
              <w:t xml:space="preserve"> figuras manualmente; </w:t>
            </w:r>
            <w:r w:rsidR="00A61B8A">
              <w:rPr>
                <w:lang w:val="es-MX"/>
              </w:rPr>
              <w:t>la tabla</w:t>
            </w:r>
            <w:r w:rsidR="00A61B8A" w:rsidRPr="00A61B8A">
              <w:rPr>
                <w:lang w:val="es-MX"/>
              </w:rPr>
              <w:t xml:space="preserve"> se actualiza automáticamente después de registrar las imágenes.</w:t>
            </w:r>
          </w:p>
        </w:tc>
      </w:tr>
    </w:tbl>
    <w:p w:rsidR="00E16A7A" w:rsidRPr="00AF45A2" w:rsidRDefault="00E16A7A">
      <w:pPr>
        <w:spacing w:after="160"/>
        <w:rPr>
          <w:lang w:val="es-MX"/>
        </w:rPr>
      </w:pPr>
    </w:p>
    <w:p w:rsidR="00DB315C" w:rsidRDefault="00142316" w:rsidP="00142316">
      <w:pPr>
        <w:tabs>
          <w:tab w:val="left" w:pos="1399"/>
        </w:tabs>
        <w:rPr>
          <w:lang w:val="es-MX"/>
        </w:rPr>
        <w:sectPr w:rsidR="00DB315C" w:rsidSect="00034616">
          <w:footerReference w:type="default" r:id="rId10"/>
          <w:pgSz w:w="11906" w:h="16838"/>
          <w:pgMar w:top="1134" w:right="1417" w:bottom="1134" w:left="1417" w:header="709" w:footer="680" w:gutter="0"/>
          <w:pgNumType w:start="1"/>
          <w:cols w:space="720"/>
          <w:docGrid w:linePitch="360"/>
        </w:sectPr>
      </w:pPr>
      <w:r>
        <w:rPr>
          <w:lang w:val="es-MX"/>
        </w:rPr>
        <w:tab/>
        <w:t xml:space="preserve"> </w:t>
      </w:r>
    </w:p>
    <w:p w:rsidR="00E16A7A" w:rsidRPr="00221B53" w:rsidRDefault="00322579">
      <w:pPr>
        <w:pStyle w:val="Ttulo1"/>
        <w:spacing w:before="0" w:after="200"/>
        <w:rPr>
          <w:color w:val="auto"/>
          <w:lang w:val="es-MX"/>
        </w:rPr>
      </w:pPr>
      <w:bookmarkStart w:id="5" w:name="_Toc230856335"/>
      <w:r w:rsidRPr="00221B53">
        <w:rPr>
          <w:rFonts w:ascii="Arial" w:eastAsia="Arial" w:hAnsi="Arial"/>
          <w:color w:val="auto"/>
          <w:sz w:val="24"/>
          <w:lang w:val="es-MX"/>
        </w:rPr>
        <w:lastRenderedPageBreak/>
        <w:t>1. Introducción</w:t>
      </w:r>
      <w:bookmarkEnd w:id="5"/>
    </w:p>
    <w:p w:rsidR="00E16A7A" w:rsidRPr="00AF45A2" w:rsidRDefault="00322579">
      <w:pPr>
        <w:spacing w:after="160"/>
        <w:jc w:val="both"/>
        <w:rPr>
          <w:lang w:val="es-MX"/>
        </w:rPr>
      </w:pPr>
      <w:r w:rsidRPr="00AF45A2">
        <w:rPr>
          <w:lang w:val="es-MX"/>
        </w:rPr>
        <w:t>El Perú es un país con una gran diversidad geográfica, climática y cultural. Esta diversidad se puede comprender de manera sencilla a través de sus regiones naturales: costa, sierra y selva. Cada una presenta características propias de relieve, clima, flora, fauna, actividades económicas y costumbres que forman parte de la identidad nacional.</w:t>
      </w:r>
    </w:p>
    <w:p w:rsidR="00E16A7A" w:rsidRPr="00AF45A2" w:rsidRDefault="00322579">
      <w:pPr>
        <w:spacing w:after="160"/>
        <w:jc w:val="both"/>
        <w:rPr>
          <w:lang w:val="es-MX"/>
        </w:rPr>
      </w:pPr>
      <w:r w:rsidRPr="00AF45A2">
        <w:rPr>
          <w:lang w:val="es-MX"/>
        </w:rPr>
        <w:t>El presente trabajo tiene como finalidad explicar las principales características de las regiones naturales del Perú de forma ordenada y clara. Para ello, se desarrolla primero el concepto general de regiones naturales, luego se clasifica el territorio en costa, sierra y selva, y finalmente se realiza una comparación de su importancia ambiental, económica y cultural.</w:t>
      </w:r>
    </w:p>
    <w:p w:rsidR="00E16A7A" w:rsidRPr="00AF45A2" w:rsidRDefault="00322579">
      <w:pPr>
        <w:spacing w:after="160"/>
        <w:jc w:val="both"/>
        <w:rPr>
          <w:lang w:val="es-MX"/>
        </w:rPr>
      </w:pPr>
      <w:r w:rsidRPr="00AF45A2">
        <w:rPr>
          <w:lang w:val="es-MX"/>
        </w:rPr>
        <w:t>Este tema es importante porque permite reconocer que el territorio peruano no es uniforme, sino que está compuesto por espacios con condiciones diferentes. Conocer estas diferencias ayuda a valorar los recursos naturales, proteger el ambiente y comprender mejor la vida de las personas en cada región.</w:t>
      </w:r>
    </w:p>
    <w:p w:rsidR="00E16A7A" w:rsidRPr="00AF45A2" w:rsidRDefault="00E16A7A">
      <w:pPr>
        <w:spacing w:after="40"/>
        <w:rPr>
          <w:lang w:val="es-MX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2"/>
      </w:tblGrid>
      <w:tr w:rsidR="00E16A7A" w:rsidRPr="003D02A4">
        <w:trPr>
          <w:jc w:val="center"/>
        </w:trPr>
        <w:tc>
          <w:tcPr>
            <w:tcW w:w="9072" w:type="dxa"/>
            <w:tcBorders>
              <w:top w:val="single" w:sz="8" w:space="0" w:color="D9C27E"/>
              <w:left w:val="single" w:sz="8" w:space="0" w:color="D9C27E"/>
              <w:bottom w:val="single" w:sz="8" w:space="0" w:color="D9C27E"/>
              <w:right w:val="single" w:sz="8" w:space="0" w:color="D9C27E"/>
            </w:tcBorders>
            <w:shd w:val="clear" w:color="auto" w:fill="FFF8E8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E16A7A" w:rsidRPr="00AF45A2" w:rsidRDefault="00A07F28">
            <w:pPr>
              <w:spacing w:after="0"/>
              <w:rPr>
                <w:lang w:val="es-MX"/>
              </w:rPr>
            </w:pPr>
            <w:r w:rsidRPr="00AF45A2">
              <w:rPr>
                <w:b/>
                <w:color w:val="005B7F"/>
                <w:lang w:val="es-MX"/>
              </w:rPr>
              <w:t>Recomendaci</w:t>
            </w:r>
            <w:r>
              <w:rPr>
                <w:b/>
                <w:color w:val="005B7F"/>
                <w:lang w:val="es-MX"/>
              </w:rPr>
              <w:t>ones</w:t>
            </w:r>
            <w:r w:rsidR="00322579" w:rsidRPr="00AF45A2">
              <w:rPr>
                <w:b/>
                <w:color w:val="005B7F"/>
                <w:lang w:val="es-MX"/>
              </w:rPr>
              <w:t xml:space="preserve"> para la introducción</w:t>
            </w:r>
          </w:p>
          <w:p w:rsidR="003D486E" w:rsidRDefault="003D486E" w:rsidP="00C85688">
            <w:pPr>
              <w:spacing w:after="0"/>
              <w:jc w:val="both"/>
              <w:rPr>
                <w:lang w:val="es-MX"/>
              </w:rPr>
            </w:pPr>
            <w:r>
              <w:rPr>
                <w:lang w:val="es-MX"/>
              </w:rPr>
              <w:t>D</w:t>
            </w:r>
            <w:r w:rsidRPr="003D486E">
              <w:rPr>
                <w:lang w:val="es-MX"/>
              </w:rPr>
              <w:t>ebe presentar el tema de forma breve, explicar la finalidad u objetivo del trabajo, mencionar las partes que se desarrollarán y resaltar la importancia del tema.</w:t>
            </w:r>
          </w:p>
          <w:p w:rsidR="00C85688" w:rsidRPr="00C85688" w:rsidRDefault="00C85688" w:rsidP="00C85688">
            <w:pPr>
              <w:spacing w:after="0"/>
              <w:jc w:val="both"/>
              <w:rPr>
                <w:lang w:val="es-MX"/>
              </w:rPr>
            </w:pPr>
            <w:r w:rsidRPr="00C85688">
              <w:rPr>
                <w:rFonts w:ascii="Segoe UI Symbol" w:hAnsi="Segoe UI Symbol" w:cs="Segoe UI Symbol"/>
                <w:lang w:val="es-MX"/>
              </w:rPr>
              <w:t>✅</w:t>
            </w:r>
            <w:r w:rsidRPr="00C85688">
              <w:rPr>
                <w:lang w:val="es-MX"/>
              </w:rPr>
              <w:t xml:space="preserve"> Revisa que la introducción sea clara</w:t>
            </w:r>
            <w:r w:rsidR="003D486E">
              <w:rPr>
                <w:lang w:val="es-MX"/>
              </w:rPr>
              <w:t xml:space="preserve">, </w:t>
            </w:r>
            <w:r w:rsidR="003D486E" w:rsidRPr="003D486E">
              <w:rPr>
                <w:lang w:val="es-MX"/>
              </w:rPr>
              <w:t>ordenada</w:t>
            </w:r>
            <w:r w:rsidR="003D486E">
              <w:rPr>
                <w:lang w:val="es-MX"/>
              </w:rPr>
              <w:t xml:space="preserve"> </w:t>
            </w:r>
            <w:r w:rsidRPr="00C85688">
              <w:rPr>
                <w:lang w:val="es-MX"/>
              </w:rPr>
              <w:t>y no demasiado extensa.</w:t>
            </w:r>
          </w:p>
          <w:p w:rsidR="00C85688" w:rsidRPr="00AF45A2" w:rsidRDefault="00C85688" w:rsidP="003D486E">
            <w:pPr>
              <w:spacing w:after="0"/>
              <w:jc w:val="both"/>
              <w:rPr>
                <w:lang w:val="es-MX"/>
              </w:rPr>
            </w:pPr>
            <w:r w:rsidRPr="00C85688">
              <w:rPr>
                <w:rFonts w:ascii="Segoe UI Symbol" w:hAnsi="Segoe UI Symbol" w:cs="Segoe UI Symbol"/>
                <w:lang w:val="es-MX"/>
              </w:rPr>
              <w:t>⚠</w:t>
            </w:r>
            <w:r w:rsidRPr="00C85688">
              <w:rPr>
                <w:lang w:val="es-MX"/>
              </w:rPr>
              <w:t xml:space="preserve">️ No coloques conclusiones </w:t>
            </w:r>
            <w:r w:rsidR="003D486E">
              <w:rPr>
                <w:lang w:val="es-MX"/>
              </w:rPr>
              <w:t>ni información muy detallada,</w:t>
            </w:r>
            <w:r w:rsidRPr="00C85688">
              <w:rPr>
                <w:lang w:val="es-MX"/>
              </w:rPr>
              <w:t xml:space="preserve"> la introducción solo debe orientar al lector sobre el contenido del trabajo.</w:t>
            </w:r>
          </w:p>
        </w:tc>
      </w:tr>
    </w:tbl>
    <w:p w:rsidR="00E16A7A" w:rsidRPr="00AF45A2" w:rsidRDefault="00E16A7A">
      <w:pPr>
        <w:spacing w:after="160"/>
        <w:rPr>
          <w:lang w:val="es-MX"/>
        </w:rPr>
      </w:pPr>
    </w:p>
    <w:p w:rsidR="00E16A7A" w:rsidRPr="00AF45A2" w:rsidRDefault="00322579">
      <w:pPr>
        <w:rPr>
          <w:lang w:val="es-MX"/>
        </w:rPr>
      </w:pPr>
      <w:r w:rsidRPr="00AF45A2">
        <w:rPr>
          <w:lang w:val="es-MX"/>
        </w:rPr>
        <w:br w:type="page"/>
      </w:r>
    </w:p>
    <w:p w:rsidR="00E16A7A" w:rsidRPr="00221B53" w:rsidRDefault="00322579">
      <w:pPr>
        <w:pStyle w:val="Ttulo1"/>
        <w:spacing w:before="0" w:after="200"/>
        <w:rPr>
          <w:color w:val="auto"/>
          <w:lang w:val="es-MX"/>
        </w:rPr>
      </w:pPr>
      <w:bookmarkStart w:id="6" w:name="_Toc230856336"/>
      <w:r w:rsidRPr="00221B53">
        <w:rPr>
          <w:rFonts w:ascii="Arial" w:eastAsia="Arial" w:hAnsi="Arial"/>
          <w:color w:val="auto"/>
          <w:sz w:val="24"/>
          <w:lang w:val="es-MX"/>
        </w:rPr>
        <w:lastRenderedPageBreak/>
        <w:t>2. Marco teórico</w:t>
      </w:r>
      <w:bookmarkEnd w:id="6"/>
    </w:p>
    <w:p w:rsidR="00E16A7A" w:rsidRPr="003D486E" w:rsidRDefault="00322579">
      <w:pPr>
        <w:pStyle w:val="Ttulo2"/>
        <w:spacing w:after="120"/>
        <w:rPr>
          <w:lang w:val="es-MX"/>
        </w:rPr>
      </w:pPr>
      <w:bookmarkStart w:id="7" w:name="_Toc230856337"/>
      <w:r w:rsidRPr="003D486E">
        <w:rPr>
          <w:rFonts w:ascii="Arial" w:eastAsia="Arial" w:hAnsi="Arial"/>
          <w:sz w:val="24"/>
          <w:lang w:val="es-MX"/>
        </w:rPr>
        <w:t>2.1 Concepto de regiones naturales</w:t>
      </w:r>
      <w:bookmarkEnd w:id="7"/>
    </w:p>
    <w:p w:rsidR="00221B53" w:rsidRDefault="00C628EB" w:rsidP="00C628EB">
      <w:pPr>
        <w:jc w:val="both"/>
        <w:rPr>
          <w:lang w:val="es-MX"/>
        </w:rPr>
      </w:pPr>
      <w:r w:rsidRPr="003B65EE">
        <w:rPr>
          <w:lang w:val="es-MX"/>
        </w:rPr>
        <w:t xml:space="preserve">Las regiones naturales son espacios del territorio que comparten características similares de clima, relieve, vegetación, fauna y formas de vida. </w:t>
      </w:r>
    </w:p>
    <w:p w:rsidR="00C628EB" w:rsidRPr="003B65EE" w:rsidRDefault="00C628EB" w:rsidP="00C628EB">
      <w:pPr>
        <w:jc w:val="both"/>
        <w:rPr>
          <w:lang w:val="es-MX"/>
        </w:rPr>
      </w:pPr>
      <w:r w:rsidRPr="003B65EE">
        <w:rPr>
          <w:lang w:val="es-MX"/>
        </w:rPr>
        <w:t>Según el Ministerio del Ambiente, el Perú posee una gran diversidad de ecosistemas que se relacionan con sus condiciones geográficas, climáticas y biológicas. De acuerdo con el INEI, el estudio del territorio también ayuda a comprender la distribución de la población, las actividades económicas y las características de cada región.</w:t>
      </w:r>
    </w:p>
    <w:p w:rsidR="00E16A7A" w:rsidRPr="00AF45A2" w:rsidRDefault="00322579">
      <w:pPr>
        <w:pStyle w:val="Ttulo2"/>
        <w:spacing w:after="120"/>
        <w:rPr>
          <w:lang w:val="es-MX"/>
        </w:rPr>
      </w:pPr>
      <w:bookmarkStart w:id="8" w:name="_Toc230856338"/>
      <w:r w:rsidRPr="00AF45A2">
        <w:rPr>
          <w:rFonts w:ascii="Arial" w:eastAsia="Arial" w:hAnsi="Arial"/>
          <w:sz w:val="24"/>
          <w:lang w:val="es-MX"/>
        </w:rPr>
        <w:t>2.2 Clasificación general</w:t>
      </w:r>
      <w:bookmarkEnd w:id="8"/>
    </w:p>
    <w:p w:rsidR="00E16A7A" w:rsidRPr="00AF45A2" w:rsidRDefault="00322579">
      <w:pPr>
        <w:spacing w:after="80"/>
        <w:jc w:val="both"/>
        <w:rPr>
          <w:lang w:val="es-MX"/>
        </w:rPr>
      </w:pPr>
      <w:r w:rsidRPr="00AF45A2">
        <w:rPr>
          <w:lang w:val="es-MX"/>
        </w:rPr>
        <w:t>De forma tradicional, el territorio peruano se puede clasificar en tres grandes regiones naturales: la costa, la sierra y la selva. Esta clasificación ayuda a comprender cómo cambian el clima, las actividades económicas y las costumbres según la ubicación geográfica.</w:t>
      </w:r>
    </w:p>
    <w:p w:rsidR="00A61B8A" w:rsidRDefault="00322579" w:rsidP="00A61B8A">
      <w:pPr>
        <w:keepNext/>
        <w:spacing w:before="80" w:after="0"/>
        <w:jc w:val="center"/>
      </w:pPr>
      <w:r>
        <w:rPr>
          <w:noProof/>
        </w:rPr>
        <w:drawing>
          <wp:inline distT="0" distB="0" distL="0" distR="0" wp14:anchorId="3E40BF4B" wp14:editId="54F78001">
            <wp:extent cx="4937760" cy="225726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_1_regiones_peru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2257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7A" w:rsidRPr="00381CFE" w:rsidRDefault="00A61B8A" w:rsidP="00A61B8A">
      <w:pPr>
        <w:pStyle w:val="Descripcin"/>
        <w:jc w:val="center"/>
        <w:rPr>
          <w:color w:val="auto"/>
          <w:lang w:val="es-MX"/>
        </w:rPr>
      </w:pPr>
      <w:bookmarkStart w:id="9" w:name="_Toc230784245"/>
      <w:r w:rsidRPr="00381CFE">
        <w:rPr>
          <w:color w:val="auto"/>
          <w:lang w:val="es-MX"/>
        </w:rPr>
        <w:t xml:space="preserve">Figura </w:t>
      </w:r>
      <w:r w:rsidRPr="00381CFE">
        <w:rPr>
          <w:color w:val="auto"/>
        </w:rPr>
        <w:fldChar w:fldCharType="begin"/>
      </w:r>
      <w:r w:rsidRPr="00381CFE">
        <w:rPr>
          <w:color w:val="auto"/>
          <w:lang w:val="es-MX"/>
        </w:rPr>
        <w:instrText xml:space="preserve"> SEQ Figura \* ARABIC </w:instrText>
      </w:r>
      <w:r w:rsidRPr="00381CFE">
        <w:rPr>
          <w:color w:val="auto"/>
        </w:rPr>
        <w:fldChar w:fldCharType="separate"/>
      </w:r>
      <w:r w:rsidRPr="00381CFE">
        <w:rPr>
          <w:noProof/>
          <w:color w:val="auto"/>
          <w:lang w:val="es-MX"/>
        </w:rPr>
        <w:t>1</w:t>
      </w:r>
      <w:r w:rsidRPr="00381CFE">
        <w:rPr>
          <w:color w:val="auto"/>
        </w:rPr>
        <w:fldChar w:fldCharType="end"/>
      </w:r>
      <w:r w:rsidRPr="00381CFE">
        <w:rPr>
          <w:color w:val="auto"/>
          <w:lang w:val="es-MX"/>
        </w:rPr>
        <w:t xml:space="preserve"> Ilustración regiones naturales del Perú</w:t>
      </w:r>
      <w:bookmarkEnd w:id="9"/>
    </w:p>
    <w:p w:rsidR="00E16A7A" w:rsidRPr="00AF45A2" w:rsidRDefault="00E16A7A">
      <w:pPr>
        <w:spacing w:after="40"/>
        <w:rPr>
          <w:lang w:val="es-MX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2"/>
      </w:tblGrid>
      <w:tr w:rsidR="00E16A7A" w:rsidRPr="003D02A4">
        <w:trPr>
          <w:jc w:val="center"/>
        </w:trPr>
        <w:tc>
          <w:tcPr>
            <w:tcW w:w="9072" w:type="dxa"/>
            <w:tcBorders>
              <w:top w:val="single" w:sz="8" w:space="0" w:color="D9C27E"/>
              <w:left w:val="single" w:sz="8" w:space="0" w:color="D9C27E"/>
              <w:bottom w:val="single" w:sz="8" w:space="0" w:color="D9C27E"/>
              <w:right w:val="single" w:sz="8" w:space="0" w:color="D9C27E"/>
            </w:tcBorders>
            <w:shd w:val="clear" w:color="auto" w:fill="FFF8E8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E16A7A" w:rsidRPr="00AF45A2" w:rsidRDefault="00A07F28">
            <w:pPr>
              <w:spacing w:after="0"/>
              <w:rPr>
                <w:lang w:val="es-MX"/>
              </w:rPr>
            </w:pPr>
            <w:r w:rsidRPr="00AF45A2">
              <w:rPr>
                <w:b/>
                <w:color w:val="005B7F"/>
                <w:lang w:val="es-MX"/>
              </w:rPr>
              <w:t>Recomendaci</w:t>
            </w:r>
            <w:r>
              <w:rPr>
                <w:b/>
                <w:color w:val="005B7F"/>
                <w:lang w:val="es-MX"/>
              </w:rPr>
              <w:t>ones</w:t>
            </w:r>
            <w:r w:rsidR="00322579" w:rsidRPr="00AF45A2">
              <w:rPr>
                <w:b/>
                <w:color w:val="005B7F"/>
                <w:lang w:val="es-MX"/>
              </w:rPr>
              <w:t xml:space="preserve"> para el marco teórico</w:t>
            </w:r>
          </w:p>
          <w:p w:rsidR="00366757" w:rsidRDefault="00790DE1" w:rsidP="00790DE1">
            <w:pPr>
              <w:spacing w:after="0"/>
              <w:jc w:val="both"/>
              <w:rPr>
                <w:lang w:val="es-MX"/>
              </w:rPr>
            </w:pPr>
            <w:r>
              <w:rPr>
                <w:lang w:val="es-MX"/>
              </w:rPr>
              <w:t>D</w:t>
            </w:r>
            <w:r w:rsidRPr="00790DE1">
              <w:rPr>
                <w:lang w:val="es-MX"/>
              </w:rPr>
              <w:t>ebe</w:t>
            </w:r>
            <w:r>
              <w:rPr>
                <w:lang w:val="es-MX"/>
              </w:rPr>
              <w:t>s</w:t>
            </w:r>
            <w:r w:rsidRPr="00790DE1">
              <w:rPr>
                <w:lang w:val="es-MX"/>
              </w:rPr>
              <w:t xml:space="preserve"> desarrollar la información principal del tema de forma ordenada, empezando por los conceptos generales </w:t>
            </w:r>
            <w:r w:rsidR="00366757">
              <w:rPr>
                <w:lang w:val="es-MX"/>
              </w:rPr>
              <w:t xml:space="preserve">y luego explicando cada subtema </w:t>
            </w:r>
            <w:r w:rsidR="00366757" w:rsidRPr="00366757">
              <w:rPr>
                <w:lang w:val="es-MX"/>
              </w:rPr>
              <w:t>(de lo general a lo específico)</w:t>
            </w:r>
            <w:r w:rsidR="00366757">
              <w:rPr>
                <w:lang w:val="es-MX"/>
              </w:rPr>
              <w:t>.</w:t>
            </w:r>
          </w:p>
          <w:p w:rsidR="00790DE1" w:rsidRDefault="00790DE1" w:rsidP="00790DE1">
            <w:pPr>
              <w:spacing w:after="0"/>
              <w:jc w:val="both"/>
              <w:rPr>
                <w:lang w:val="es-MX"/>
              </w:rPr>
            </w:pPr>
            <w:r w:rsidRPr="00790DE1">
              <w:rPr>
                <w:rFonts w:ascii="Segoe UI Symbol" w:hAnsi="Segoe UI Symbol" w:cs="Segoe UI Symbol"/>
                <w:lang w:val="es-MX"/>
              </w:rPr>
              <w:t>✅</w:t>
            </w:r>
            <w:r w:rsidRPr="00790DE1">
              <w:rPr>
                <w:lang w:val="es-MX"/>
              </w:rPr>
              <w:t xml:space="preserve"> Usa imágenes solo cuando ayuden a comprender mejor el contenido</w:t>
            </w:r>
            <w:r w:rsidR="00366757">
              <w:rPr>
                <w:lang w:val="es-MX"/>
              </w:rPr>
              <w:t xml:space="preserve">. </w:t>
            </w:r>
            <w:r w:rsidRPr="00790DE1">
              <w:rPr>
                <w:lang w:val="es-MX"/>
              </w:rPr>
              <w:t>Cada imagen debe estar centrada, tener tamaño adecuado y llevar su leyenda debajo.</w:t>
            </w:r>
          </w:p>
          <w:p w:rsidR="00366757" w:rsidRPr="00AF45A2" w:rsidRDefault="00790DE1" w:rsidP="00366757">
            <w:pPr>
              <w:spacing w:after="0"/>
              <w:jc w:val="both"/>
              <w:rPr>
                <w:lang w:val="es-MX"/>
              </w:rPr>
            </w:pPr>
            <w:r w:rsidRPr="00790DE1">
              <w:rPr>
                <w:rFonts w:ascii="Segoe UI Symbol" w:hAnsi="Segoe UI Symbol" w:cs="Segoe UI Symbol"/>
                <w:lang w:val="es-MX"/>
              </w:rPr>
              <w:t>⚠</w:t>
            </w:r>
            <w:r w:rsidRPr="00790DE1">
              <w:rPr>
                <w:lang w:val="es-MX"/>
              </w:rPr>
              <w:t>️ No coloques opiniones personales</w:t>
            </w:r>
            <w:r w:rsidR="00366757" w:rsidRPr="00366757">
              <w:rPr>
                <w:lang w:val="es-MX"/>
              </w:rPr>
              <w:t>;</w:t>
            </w:r>
            <w:r w:rsidRPr="00790DE1">
              <w:rPr>
                <w:lang w:val="es-MX"/>
              </w:rPr>
              <w:t xml:space="preserve"> </w:t>
            </w:r>
            <w:r w:rsidRPr="00142316">
              <w:rPr>
                <w:lang w:val="es-MX"/>
              </w:rPr>
              <w:t>usa información clara, basada en fuentes confiables.</w:t>
            </w:r>
          </w:p>
        </w:tc>
      </w:tr>
    </w:tbl>
    <w:p w:rsidR="00E16A7A" w:rsidRPr="00AF45A2" w:rsidRDefault="00322579">
      <w:pPr>
        <w:pStyle w:val="Ttulo3"/>
        <w:spacing w:after="120"/>
        <w:rPr>
          <w:lang w:val="es-MX"/>
        </w:rPr>
      </w:pPr>
      <w:bookmarkStart w:id="10" w:name="_Toc230856339"/>
      <w:r w:rsidRPr="00AF45A2">
        <w:rPr>
          <w:rFonts w:ascii="Arial" w:eastAsia="Arial" w:hAnsi="Arial"/>
          <w:lang w:val="es-MX"/>
        </w:rPr>
        <w:lastRenderedPageBreak/>
        <w:t>2.2.1 La costa peruana</w:t>
      </w:r>
      <w:bookmarkEnd w:id="10"/>
    </w:p>
    <w:p w:rsidR="00E16A7A" w:rsidRPr="00AF45A2" w:rsidRDefault="00322579">
      <w:pPr>
        <w:spacing w:after="80"/>
        <w:jc w:val="both"/>
        <w:rPr>
          <w:lang w:val="es-MX"/>
        </w:rPr>
      </w:pPr>
      <w:r w:rsidRPr="00AF45A2">
        <w:rPr>
          <w:lang w:val="es-MX"/>
        </w:rPr>
        <w:t>La costa peruana se ubica entre el océano Pacífico y la cordillera de los Andes. Es una franja territorial angosta donde predominan zonas desérticas, valles agrícolas y ciudades importantes. Su clima suele ser templado y seco, aunque puede variar por influencia del mar y de fenómenos climáticos.</w:t>
      </w:r>
    </w:p>
    <w:p w:rsidR="00A61B8A" w:rsidRDefault="00322579" w:rsidP="00A61B8A">
      <w:pPr>
        <w:keepNext/>
        <w:spacing w:before="80" w:after="0"/>
        <w:jc w:val="center"/>
      </w:pPr>
      <w:r>
        <w:rPr>
          <w:noProof/>
        </w:rPr>
        <w:drawing>
          <wp:inline distT="0" distB="0" distL="0" distR="0" wp14:anchorId="5A429CE8" wp14:editId="488A5090">
            <wp:extent cx="5120640" cy="234086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_2_costa_peruan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7A" w:rsidRPr="00381CFE" w:rsidRDefault="00A61B8A" w:rsidP="00A61B8A">
      <w:pPr>
        <w:pStyle w:val="Descripcin"/>
        <w:jc w:val="center"/>
        <w:rPr>
          <w:color w:val="auto"/>
        </w:rPr>
      </w:pPr>
      <w:bookmarkStart w:id="11" w:name="_Toc230784246"/>
      <w:proofErr w:type="spellStart"/>
      <w:r w:rsidRPr="00381CFE">
        <w:rPr>
          <w:color w:val="auto"/>
        </w:rPr>
        <w:t>Figura</w:t>
      </w:r>
      <w:proofErr w:type="spellEnd"/>
      <w:r w:rsidRPr="00381CFE">
        <w:rPr>
          <w:color w:val="auto"/>
        </w:rPr>
        <w:t xml:space="preserve"> </w:t>
      </w:r>
      <w:r w:rsidR="00D90916" w:rsidRPr="00381CFE">
        <w:rPr>
          <w:color w:val="auto"/>
        </w:rPr>
        <w:fldChar w:fldCharType="begin"/>
      </w:r>
      <w:r w:rsidR="00D90916" w:rsidRPr="00381CFE">
        <w:rPr>
          <w:color w:val="auto"/>
        </w:rPr>
        <w:instrText xml:space="preserve"> SEQ Figura \* ARABIC </w:instrText>
      </w:r>
      <w:r w:rsidR="00D90916" w:rsidRPr="00381CFE">
        <w:rPr>
          <w:color w:val="auto"/>
        </w:rPr>
        <w:fldChar w:fldCharType="separate"/>
      </w:r>
      <w:r w:rsidRPr="00381CFE">
        <w:rPr>
          <w:noProof/>
          <w:color w:val="auto"/>
        </w:rPr>
        <w:t>2</w:t>
      </w:r>
      <w:r w:rsidR="00D90916" w:rsidRPr="00381CFE">
        <w:rPr>
          <w:noProof/>
          <w:color w:val="auto"/>
        </w:rPr>
        <w:fldChar w:fldCharType="end"/>
      </w:r>
      <w:r w:rsidRPr="00381CFE">
        <w:rPr>
          <w:color w:val="auto"/>
        </w:rPr>
        <w:t xml:space="preserve"> </w:t>
      </w:r>
      <w:proofErr w:type="spellStart"/>
      <w:r w:rsidRPr="00381CFE">
        <w:rPr>
          <w:color w:val="auto"/>
        </w:rPr>
        <w:t>Ilustración</w:t>
      </w:r>
      <w:proofErr w:type="spellEnd"/>
      <w:r w:rsidRPr="00381CFE">
        <w:rPr>
          <w:color w:val="auto"/>
        </w:rPr>
        <w:t xml:space="preserve"> costa peruana</w:t>
      </w:r>
      <w:bookmarkEnd w:id="11"/>
    </w:p>
    <w:p w:rsidR="00C628EB" w:rsidRPr="00C628EB" w:rsidRDefault="00C628EB" w:rsidP="00C628EB"/>
    <w:p w:rsidR="00E16A7A" w:rsidRPr="00AF45A2" w:rsidRDefault="00322579">
      <w:pPr>
        <w:pStyle w:val="Listaconvietas"/>
        <w:spacing w:after="60"/>
        <w:ind w:left="340"/>
        <w:rPr>
          <w:lang w:val="es-MX"/>
        </w:rPr>
      </w:pPr>
      <w:r w:rsidRPr="00790DE1">
        <w:rPr>
          <w:b/>
          <w:lang w:val="es-MX"/>
        </w:rPr>
        <w:t>Clima y relieve:</w:t>
      </w:r>
      <w:r w:rsidRPr="00AF45A2">
        <w:rPr>
          <w:lang w:val="es-MX"/>
        </w:rPr>
        <w:t xml:space="preserve"> predominan áreas planas, desiertos, playas y valles cercanos a los ríos.</w:t>
      </w:r>
    </w:p>
    <w:p w:rsidR="00E16A7A" w:rsidRPr="00AF45A2" w:rsidRDefault="00322579">
      <w:pPr>
        <w:pStyle w:val="Listaconvietas"/>
        <w:spacing w:after="60"/>
        <w:ind w:left="340"/>
        <w:rPr>
          <w:lang w:val="es-MX"/>
        </w:rPr>
      </w:pPr>
      <w:r w:rsidRPr="00790DE1">
        <w:rPr>
          <w:b/>
          <w:lang w:val="es-MX"/>
        </w:rPr>
        <w:t>Flora y fauna:</w:t>
      </w:r>
      <w:r w:rsidRPr="00AF45A2">
        <w:rPr>
          <w:lang w:val="es-MX"/>
        </w:rPr>
        <w:t xml:space="preserve"> destacan especies adaptadas a zonas áridas y recursos marinos del litoral.</w:t>
      </w:r>
    </w:p>
    <w:p w:rsidR="00E16A7A" w:rsidRDefault="00322579">
      <w:pPr>
        <w:pStyle w:val="Listaconvietas"/>
        <w:spacing w:after="60"/>
        <w:ind w:left="340"/>
        <w:rPr>
          <w:lang w:val="es-MX"/>
        </w:rPr>
      </w:pPr>
      <w:r w:rsidRPr="00790DE1">
        <w:rPr>
          <w:b/>
          <w:lang w:val="es-MX"/>
        </w:rPr>
        <w:t>Actividades económicas:</w:t>
      </w:r>
      <w:r w:rsidRPr="00AF45A2">
        <w:rPr>
          <w:lang w:val="es-MX"/>
        </w:rPr>
        <w:t xml:space="preserve"> pesca, agricultura de valle, comercio, turismo y servicios.</w:t>
      </w:r>
    </w:p>
    <w:p w:rsidR="00C628EB" w:rsidRPr="00AF45A2" w:rsidRDefault="00C628EB" w:rsidP="00C628EB">
      <w:pPr>
        <w:pStyle w:val="Listaconvietas"/>
        <w:numPr>
          <w:ilvl w:val="0"/>
          <w:numId w:val="0"/>
        </w:numPr>
        <w:spacing w:after="60"/>
        <w:ind w:left="340"/>
        <w:rPr>
          <w:lang w:val="es-MX"/>
        </w:rPr>
      </w:pPr>
    </w:p>
    <w:p w:rsidR="00C628EB" w:rsidRPr="00330E17" w:rsidRDefault="00C628EB" w:rsidP="00C628EB">
      <w:pPr>
        <w:pStyle w:val="Listaconvietas"/>
        <w:numPr>
          <w:ilvl w:val="0"/>
          <w:numId w:val="0"/>
        </w:numPr>
        <w:jc w:val="both"/>
        <w:rPr>
          <w:lang w:val="es-MX"/>
        </w:rPr>
      </w:pPr>
      <w:r w:rsidRPr="00330E17">
        <w:rPr>
          <w:lang w:val="es-MX"/>
        </w:rPr>
        <w:t>Además, la costa cumple un papel importante en la comunicación y el comercio del país, porque en ella se ubican puertos, carreteras, aeropuertos y ciudades de gran movimiento económico. En sus valles se cultivan productos como arroz, algodón, uva, espárrago, caña de azúcar y otros alimentos que abastecen a diferentes mercados.</w:t>
      </w:r>
    </w:p>
    <w:p w:rsidR="00E16A7A" w:rsidRDefault="00C628EB" w:rsidP="00C628EB">
      <w:pPr>
        <w:pStyle w:val="Listaconvietas"/>
        <w:numPr>
          <w:ilvl w:val="0"/>
          <w:numId w:val="0"/>
        </w:numPr>
        <w:jc w:val="both"/>
        <w:rPr>
          <w:lang w:val="es-MX"/>
        </w:rPr>
      </w:pPr>
      <w:r w:rsidRPr="00330E17">
        <w:rPr>
          <w:lang w:val="es-MX"/>
        </w:rPr>
        <w:t>También es una región donde se desarrollan actividades turísticas relacionadas con playas, reservas naturales, gastronomía marina y centros históricos. Por ello, su estudio permite comprender cómo el mar, el clima y los valles influyen en la vida diaria, el trabajo y la cultura de las personas que habitan el litoral peruano.</w:t>
      </w:r>
    </w:p>
    <w:p w:rsidR="00C628EB" w:rsidRDefault="00C628EB" w:rsidP="00C628EB">
      <w:pPr>
        <w:pStyle w:val="Listaconvietas"/>
        <w:numPr>
          <w:ilvl w:val="0"/>
          <w:numId w:val="0"/>
        </w:numPr>
        <w:jc w:val="both"/>
        <w:rPr>
          <w:lang w:val="es-MX"/>
        </w:rPr>
      </w:pPr>
    </w:p>
    <w:p w:rsidR="00C628EB" w:rsidRDefault="00C628EB" w:rsidP="00C628EB">
      <w:pPr>
        <w:pStyle w:val="Listaconvietas"/>
        <w:numPr>
          <w:ilvl w:val="0"/>
          <w:numId w:val="0"/>
        </w:numPr>
        <w:jc w:val="both"/>
        <w:rPr>
          <w:lang w:val="es-MX"/>
        </w:rPr>
      </w:pPr>
    </w:p>
    <w:p w:rsidR="00E16A7A" w:rsidRPr="00C628EB" w:rsidRDefault="00322579" w:rsidP="00C628EB">
      <w:pPr>
        <w:pStyle w:val="Ttulo3"/>
        <w:spacing w:after="120"/>
        <w:rPr>
          <w:rFonts w:ascii="Arial" w:eastAsia="Arial" w:hAnsi="Arial"/>
          <w:lang w:val="es-MX"/>
        </w:rPr>
      </w:pPr>
      <w:bookmarkStart w:id="12" w:name="_Toc230856340"/>
      <w:r w:rsidRPr="00C628EB">
        <w:rPr>
          <w:rFonts w:ascii="Arial" w:eastAsia="Arial" w:hAnsi="Arial"/>
          <w:lang w:val="es-MX"/>
        </w:rPr>
        <w:lastRenderedPageBreak/>
        <w:t>2.2.2 La sierra peruana</w:t>
      </w:r>
      <w:bookmarkEnd w:id="12"/>
    </w:p>
    <w:p w:rsidR="00E16A7A" w:rsidRPr="00AF45A2" w:rsidRDefault="00322579">
      <w:pPr>
        <w:spacing w:after="80"/>
        <w:jc w:val="both"/>
        <w:rPr>
          <w:lang w:val="es-MX"/>
        </w:rPr>
      </w:pPr>
      <w:r w:rsidRPr="00AF45A2">
        <w:rPr>
          <w:lang w:val="es-MX"/>
        </w:rPr>
        <w:t>La sierra peruana comprende la zona andina del país. Se caracteriza por montañas, valles interandinos, mesetas y una gran variación de altitud. Esta región tiene climas diversos, desde templados hasta fríos, según la altura y la ubicación de cada lugar.</w:t>
      </w:r>
    </w:p>
    <w:p w:rsidR="00A61B8A" w:rsidRDefault="00322579" w:rsidP="00A61B8A">
      <w:pPr>
        <w:keepNext/>
        <w:spacing w:before="80" w:after="0"/>
        <w:jc w:val="center"/>
      </w:pPr>
      <w:r>
        <w:rPr>
          <w:noProof/>
        </w:rPr>
        <w:drawing>
          <wp:inline distT="0" distB="0" distL="0" distR="0" wp14:anchorId="3446D77B" wp14:editId="1CC569AB">
            <wp:extent cx="5120640" cy="234086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_3_sierra_peruan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7A" w:rsidRPr="00381CFE" w:rsidRDefault="00A61B8A" w:rsidP="00A61B8A">
      <w:pPr>
        <w:pStyle w:val="Descripcin"/>
        <w:jc w:val="center"/>
        <w:rPr>
          <w:color w:val="auto"/>
        </w:rPr>
      </w:pPr>
      <w:bookmarkStart w:id="13" w:name="_Toc230784247"/>
      <w:proofErr w:type="spellStart"/>
      <w:r w:rsidRPr="00381CFE">
        <w:rPr>
          <w:color w:val="auto"/>
        </w:rPr>
        <w:t>Figura</w:t>
      </w:r>
      <w:proofErr w:type="spellEnd"/>
      <w:r w:rsidRPr="00381CFE">
        <w:rPr>
          <w:color w:val="auto"/>
        </w:rPr>
        <w:t xml:space="preserve"> </w:t>
      </w:r>
      <w:r w:rsidR="00D90916" w:rsidRPr="00381CFE">
        <w:rPr>
          <w:color w:val="auto"/>
        </w:rPr>
        <w:fldChar w:fldCharType="begin"/>
      </w:r>
      <w:r w:rsidR="00D90916" w:rsidRPr="00381CFE">
        <w:rPr>
          <w:color w:val="auto"/>
        </w:rPr>
        <w:instrText xml:space="preserve"> SEQ Figura \* ARABIC </w:instrText>
      </w:r>
      <w:r w:rsidR="00D90916" w:rsidRPr="00381CFE">
        <w:rPr>
          <w:color w:val="auto"/>
        </w:rPr>
        <w:fldChar w:fldCharType="separate"/>
      </w:r>
      <w:r w:rsidRPr="00381CFE">
        <w:rPr>
          <w:noProof/>
          <w:color w:val="auto"/>
        </w:rPr>
        <w:t>3</w:t>
      </w:r>
      <w:r w:rsidR="00D90916" w:rsidRPr="00381CFE">
        <w:rPr>
          <w:noProof/>
          <w:color w:val="auto"/>
        </w:rPr>
        <w:fldChar w:fldCharType="end"/>
      </w:r>
      <w:r w:rsidRPr="00381CFE">
        <w:rPr>
          <w:color w:val="auto"/>
        </w:rPr>
        <w:t xml:space="preserve"> </w:t>
      </w:r>
      <w:proofErr w:type="spellStart"/>
      <w:r w:rsidRPr="00381CFE">
        <w:rPr>
          <w:color w:val="auto"/>
        </w:rPr>
        <w:t>Ilustración</w:t>
      </w:r>
      <w:proofErr w:type="spellEnd"/>
      <w:r w:rsidRPr="00381CFE">
        <w:rPr>
          <w:color w:val="auto"/>
        </w:rPr>
        <w:t xml:space="preserve"> sierra peruana</w:t>
      </w:r>
      <w:bookmarkEnd w:id="13"/>
    </w:p>
    <w:p w:rsidR="00C628EB" w:rsidRPr="00C628EB" w:rsidRDefault="00C628EB" w:rsidP="00C628EB"/>
    <w:p w:rsidR="00E16A7A" w:rsidRPr="00AF45A2" w:rsidRDefault="00322579">
      <w:pPr>
        <w:pStyle w:val="Listaconvietas"/>
        <w:spacing w:after="60"/>
        <w:ind w:left="340"/>
        <w:rPr>
          <w:lang w:val="es-MX"/>
        </w:rPr>
      </w:pPr>
      <w:r w:rsidRPr="00790DE1">
        <w:rPr>
          <w:b/>
          <w:lang w:val="es-MX"/>
        </w:rPr>
        <w:t>Clima y relieve:</w:t>
      </w:r>
      <w:r w:rsidRPr="00AF45A2">
        <w:rPr>
          <w:lang w:val="es-MX"/>
        </w:rPr>
        <w:t xml:space="preserve"> presenta cordilleras, nevados, valles y zonas de gran altitud.</w:t>
      </w:r>
    </w:p>
    <w:p w:rsidR="00E16A7A" w:rsidRPr="00AF45A2" w:rsidRDefault="00322579">
      <w:pPr>
        <w:pStyle w:val="Listaconvietas"/>
        <w:spacing w:after="60"/>
        <w:ind w:left="340"/>
        <w:rPr>
          <w:lang w:val="es-MX"/>
        </w:rPr>
      </w:pPr>
      <w:r w:rsidRPr="00790DE1">
        <w:rPr>
          <w:b/>
          <w:lang w:val="es-MX"/>
        </w:rPr>
        <w:t>Flora y fauna:</w:t>
      </w:r>
      <w:r w:rsidRPr="00AF45A2">
        <w:rPr>
          <w:lang w:val="es-MX"/>
        </w:rPr>
        <w:t xml:space="preserve"> se encuentran pastos naturales, cultivos andinos y animales como alpacas, llamas y vicuñas.</w:t>
      </w:r>
    </w:p>
    <w:p w:rsidR="00E16A7A" w:rsidRDefault="00322579">
      <w:pPr>
        <w:pStyle w:val="Listaconvietas"/>
        <w:spacing w:after="60"/>
        <w:ind w:left="340"/>
        <w:rPr>
          <w:lang w:val="es-MX"/>
        </w:rPr>
      </w:pPr>
      <w:r w:rsidRPr="00790DE1">
        <w:rPr>
          <w:b/>
          <w:lang w:val="es-MX"/>
        </w:rPr>
        <w:t>Actividades económicas:</w:t>
      </w:r>
      <w:r w:rsidRPr="00AF45A2">
        <w:rPr>
          <w:lang w:val="es-MX"/>
        </w:rPr>
        <w:t xml:space="preserve"> agricultura, ganadería, minería, turismo y artesanía.</w:t>
      </w:r>
    </w:p>
    <w:p w:rsidR="00C628EB" w:rsidRDefault="00C628EB" w:rsidP="00C628EB">
      <w:pPr>
        <w:pStyle w:val="Listaconvietas"/>
        <w:numPr>
          <w:ilvl w:val="0"/>
          <w:numId w:val="0"/>
        </w:numPr>
        <w:spacing w:after="60"/>
        <w:ind w:left="360" w:hanging="360"/>
        <w:rPr>
          <w:lang w:val="es-MX"/>
        </w:rPr>
      </w:pPr>
    </w:p>
    <w:p w:rsidR="00C628EB" w:rsidRPr="00330E17" w:rsidRDefault="00C628EB" w:rsidP="00C628EB">
      <w:pPr>
        <w:jc w:val="both"/>
        <w:rPr>
          <w:lang w:val="es-MX"/>
        </w:rPr>
      </w:pPr>
      <w:r w:rsidRPr="00330E17">
        <w:rPr>
          <w:lang w:val="es-MX"/>
        </w:rPr>
        <w:t>La sierra es una región fundamental para la cultura peruana, porque conserva tradiciones, lenguas, festividades, formas de organización comunal y conocimientos agrícolas heredados de las poblaciones andinas. En esta zona se cultivan productos como papa, maíz, quinua, habas y otros alimentos adaptados a la altura.</w:t>
      </w:r>
    </w:p>
    <w:p w:rsidR="00C628EB" w:rsidRPr="00330E17" w:rsidRDefault="00C628EB" w:rsidP="00C628EB">
      <w:pPr>
        <w:jc w:val="both"/>
        <w:rPr>
          <w:lang w:val="es-MX"/>
        </w:rPr>
      </w:pPr>
      <w:r w:rsidRPr="00330E17">
        <w:rPr>
          <w:lang w:val="es-MX"/>
        </w:rPr>
        <w:t>Asimismo, la presencia de montañas, valles y lagunas hace que la sierra tenga una gran importancia ambiental. Sus fuentes de agua alimentan ríos que benefician a otras regiones del país. Por esta razón, el cuidado de los suelos, pastos naturales y recursos hídricos es necesario para mantener la producción y la vida de las comunidades andinas.</w:t>
      </w:r>
    </w:p>
    <w:p w:rsidR="00C628EB" w:rsidRPr="00AF45A2" w:rsidRDefault="00C628EB" w:rsidP="00C628EB">
      <w:pPr>
        <w:pStyle w:val="Listaconvietas"/>
        <w:numPr>
          <w:ilvl w:val="0"/>
          <w:numId w:val="0"/>
        </w:numPr>
        <w:spacing w:after="60"/>
        <w:ind w:left="360" w:hanging="360"/>
        <w:rPr>
          <w:lang w:val="es-MX"/>
        </w:rPr>
      </w:pPr>
    </w:p>
    <w:p w:rsidR="00E16A7A" w:rsidRPr="00AF45A2" w:rsidRDefault="00E16A7A">
      <w:pPr>
        <w:spacing w:after="40"/>
        <w:rPr>
          <w:lang w:val="es-MX"/>
        </w:rPr>
      </w:pPr>
    </w:p>
    <w:p w:rsidR="00E16A7A" w:rsidRPr="00C628EB" w:rsidRDefault="00E16A7A">
      <w:pPr>
        <w:spacing w:after="160"/>
        <w:rPr>
          <w:lang w:val="es-MX"/>
        </w:rPr>
      </w:pPr>
    </w:p>
    <w:p w:rsidR="00E16A7A" w:rsidRPr="00C628EB" w:rsidRDefault="00322579">
      <w:pPr>
        <w:rPr>
          <w:lang w:val="es-MX"/>
        </w:rPr>
      </w:pPr>
      <w:r w:rsidRPr="00C628EB">
        <w:rPr>
          <w:lang w:val="es-MX"/>
        </w:rPr>
        <w:br w:type="page"/>
      </w:r>
    </w:p>
    <w:p w:rsidR="00E16A7A" w:rsidRPr="00C628EB" w:rsidRDefault="00322579">
      <w:pPr>
        <w:pStyle w:val="Ttulo3"/>
        <w:spacing w:after="120"/>
        <w:rPr>
          <w:lang w:val="es-MX"/>
        </w:rPr>
      </w:pPr>
      <w:bookmarkStart w:id="14" w:name="_Toc230856341"/>
      <w:r w:rsidRPr="00C628EB">
        <w:rPr>
          <w:rFonts w:ascii="Arial" w:eastAsia="Arial" w:hAnsi="Arial"/>
          <w:lang w:val="es-MX"/>
        </w:rPr>
        <w:lastRenderedPageBreak/>
        <w:t>2.2.3 La selva peruana</w:t>
      </w:r>
      <w:bookmarkEnd w:id="14"/>
    </w:p>
    <w:p w:rsidR="00E16A7A" w:rsidRPr="00AF45A2" w:rsidRDefault="00322579">
      <w:pPr>
        <w:spacing w:after="80"/>
        <w:jc w:val="both"/>
        <w:rPr>
          <w:lang w:val="es-MX"/>
        </w:rPr>
      </w:pPr>
      <w:r w:rsidRPr="00AF45A2">
        <w:rPr>
          <w:lang w:val="es-MX"/>
        </w:rPr>
        <w:t>La selva peruana corresponde al territorio amazónico. Es una región amplia, cálida y húmeda, reconocida por su gran biodiversidad. En ella se encuentran ríos extensos, bosques tropicales y una enorme variedad de especies vegetales y animales.</w:t>
      </w:r>
    </w:p>
    <w:p w:rsidR="00A61B8A" w:rsidRDefault="00322579" w:rsidP="00A61B8A">
      <w:pPr>
        <w:keepNext/>
        <w:spacing w:before="80" w:after="0"/>
        <w:jc w:val="center"/>
      </w:pPr>
      <w:r>
        <w:rPr>
          <w:noProof/>
        </w:rPr>
        <w:drawing>
          <wp:inline distT="0" distB="0" distL="0" distR="0" wp14:anchorId="066392AF" wp14:editId="34FEFACC">
            <wp:extent cx="5120640" cy="234086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_4_selva_peruana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7A" w:rsidRPr="00381CFE" w:rsidRDefault="00A61B8A" w:rsidP="00A61B8A">
      <w:pPr>
        <w:pStyle w:val="Descripcin"/>
        <w:jc w:val="center"/>
        <w:rPr>
          <w:color w:val="auto"/>
        </w:rPr>
      </w:pPr>
      <w:bookmarkStart w:id="15" w:name="_Toc230784248"/>
      <w:proofErr w:type="spellStart"/>
      <w:r w:rsidRPr="00381CFE">
        <w:rPr>
          <w:color w:val="auto"/>
        </w:rPr>
        <w:t>Figura</w:t>
      </w:r>
      <w:proofErr w:type="spellEnd"/>
      <w:r w:rsidRPr="00381CFE">
        <w:rPr>
          <w:color w:val="auto"/>
        </w:rPr>
        <w:t xml:space="preserve"> </w:t>
      </w:r>
      <w:r w:rsidR="00D90916" w:rsidRPr="00381CFE">
        <w:rPr>
          <w:color w:val="auto"/>
        </w:rPr>
        <w:fldChar w:fldCharType="begin"/>
      </w:r>
      <w:r w:rsidR="00D90916" w:rsidRPr="00381CFE">
        <w:rPr>
          <w:color w:val="auto"/>
        </w:rPr>
        <w:instrText xml:space="preserve"> SEQ Figura \* ARABIC </w:instrText>
      </w:r>
      <w:r w:rsidR="00D90916" w:rsidRPr="00381CFE">
        <w:rPr>
          <w:color w:val="auto"/>
        </w:rPr>
        <w:fldChar w:fldCharType="separate"/>
      </w:r>
      <w:r w:rsidRPr="00381CFE">
        <w:rPr>
          <w:noProof/>
          <w:color w:val="auto"/>
        </w:rPr>
        <w:t>4</w:t>
      </w:r>
      <w:r w:rsidR="00D90916" w:rsidRPr="00381CFE">
        <w:rPr>
          <w:noProof/>
          <w:color w:val="auto"/>
        </w:rPr>
        <w:fldChar w:fldCharType="end"/>
      </w:r>
      <w:r w:rsidRPr="00381CFE">
        <w:rPr>
          <w:color w:val="auto"/>
        </w:rPr>
        <w:t xml:space="preserve"> </w:t>
      </w:r>
      <w:proofErr w:type="spellStart"/>
      <w:r w:rsidRPr="00381CFE">
        <w:rPr>
          <w:color w:val="auto"/>
        </w:rPr>
        <w:t>Ilustración</w:t>
      </w:r>
      <w:proofErr w:type="spellEnd"/>
      <w:r w:rsidRPr="00381CFE">
        <w:rPr>
          <w:color w:val="auto"/>
        </w:rPr>
        <w:t xml:space="preserve"> </w:t>
      </w:r>
      <w:proofErr w:type="spellStart"/>
      <w:r w:rsidRPr="00381CFE">
        <w:rPr>
          <w:color w:val="auto"/>
        </w:rPr>
        <w:t>selva</w:t>
      </w:r>
      <w:proofErr w:type="spellEnd"/>
      <w:r w:rsidRPr="00381CFE">
        <w:rPr>
          <w:color w:val="auto"/>
        </w:rPr>
        <w:t xml:space="preserve"> peruana</w:t>
      </w:r>
      <w:bookmarkEnd w:id="15"/>
    </w:p>
    <w:p w:rsidR="00C628EB" w:rsidRPr="00C628EB" w:rsidRDefault="00C628EB" w:rsidP="00C628EB"/>
    <w:p w:rsidR="00E16A7A" w:rsidRPr="00AF45A2" w:rsidRDefault="00322579">
      <w:pPr>
        <w:pStyle w:val="Listaconvietas"/>
        <w:spacing w:after="60"/>
        <w:ind w:left="340"/>
        <w:rPr>
          <w:lang w:val="es-MX"/>
        </w:rPr>
      </w:pPr>
      <w:r w:rsidRPr="00790DE1">
        <w:rPr>
          <w:b/>
          <w:lang w:val="es-MX"/>
        </w:rPr>
        <w:t>Clima y relieve:</w:t>
      </w:r>
      <w:r w:rsidRPr="00AF45A2">
        <w:rPr>
          <w:lang w:val="es-MX"/>
        </w:rPr>
        <w:t xml:space="preserve"> predomina el clima cálido y húmedo, con ríos, bosques y zonas de llanura amazónica.</w:t>
      </w:r>
    </w:p>
    <w:p w:rsidR="00E16A7A" w:rsidRPr="00AF45A2" w:rsidRDefault="00322579">
      <w:pPr>
        <w:pStyle w:val="Listaconvietas"/>
        <w:spacing w:after="60"/>
        <w:ind w:left="340"/>
        <w:rPr>
          <w:lang w:val="es-MX"/>
        </w:rPr>
      </w:pPr>
      <w:r w:rsidRPr="00790DE1">
        <w:rPr>
          <w:b/>
          <w:lang w:val="es-MX"/>
        </w:rPr>
        <w:t>Flora y fauna</w:t>
      </w:r>
      <w:r w:rsidRPr="00AF45A2">
        <w:rPr>
          <w:lang w:val="es-MX"/>
        </w:rPr>
        <w:t>: presenta gran variedad de árboles, plantas medicinales, aves, peces, mamíferos e insectos.</w:t>
      </w:r>
    </w:p>
    <w:p w:rsidR="00E16A7A" w:rsidRDefault="00322579">
      <w:pPr>
        <w:pStyle w:val="Listaconvietas"/>
        <w:spacing w:after="60"/>
        <w:ind w:left="340"/>
        <w:rPr>
          <w:lang w:val="es-MX"/>
        </w:rPr>
      </w:pPr>
      <w:r w:rsidRPr="00790DE1">
        <w:rPr>
          <w:b/>
          <w:lang w:val="es-MX"/>
        </w:rPr>
        <w:t>Actividades económicas:</w:t>
      </w:r>
      <w:r w:rsidRPr="00AF45A2">
        <w:rPr>
          <w:lang w:val="es-MX"/>
        </w:rPr>
        <w:t xml:space="preserve"> agricultura, turismo, pesca, comercio y aprovechamiento responsable de recursos forestales.</w:t>
      </w:r>
    </w:p>
    <w:p w:rsidR="00C628EB" w:rsidRDefault="00C628EB" w:rsidP="00C628EB">
      <w:pPr>
        <w:pStyle w:val="Listaconvietas"/>
        <w:numPr>
          <w:ilvl w:val="0"/>
          <w:numId w:val="0"/>
        </w:numPr>
        <w:spacing w:after="60"/>
        <w:ind w:left="340"/>
        <w:rPr>
          <w:lang w:val="es-MX"/>
        </w:rPr>
      </w:pPr>
    </w:p>
    <w:p w:rsidR="00C628EB" w:rsidRPr="00330E17" w:rsidRDefault="00C628EB" w:rsidP="00C628EB">
      <w:pPr>
        <w:pStyle w:val="Listaconvietas"/>
        <w:numPr>
          <w:ilvl w:val="0"/>
          <w:numId w:val="0"/>
        </w:numPr>
        <w:jc w:val="both"/>
        <w:rPr>
          <w:lang w:val="es-MX"/>
        </w:rPr>
      </w:pPr>
      <w:r w:rsidRPr="00330E17">
        <w:rPr>
          <w:lang w:val="es-MX"/>
        </w:rPr>
        <w:t>La selva peruana posee una de las mayo</w:t>
      </w:r>
      <w:r w:rsidR="00221B53">
        <w:rPr>
          <w:lang w:val="es-MX"/>
        </w:rPr>
        <w:t>res riquezas naturales del país, en</w:t>
      </w:r>
      <w:r w:rsidRPr="00330E17">
        <w:rPr>
          <w:lang w:val="es-MX"/>
        </w:rPr>
        <w:t xml:space="preserve"> sus bosques viven numerosas especies de plantas, animales, aves, peces e insectos, muchas de las cuales son importantes para la alimentación, la medicina natural, la investigación y el equilibrio ambiental.</w:t>
      </w:r>
    </w:p>
    <w:p w:rsidR="00C628EB" w:rsidRPr="00330E17" w:rsidRDefault="00C628EB" w:rsidP="00C628EB">
      <w:pPr>
        <w:pStyle w:val="Listaconvietas"/>
        <w:numPr>
          <w:ilvl w:val="0"/>
          <w:numId w:val="0"/>
        </w:numPr>
        <w:jc w:val="both"/>
        <w:rPr>
          <w:lang w:val="es-MX"/>
        </w:rPr>
      </w:pPr>
      <w:r w:rsidRPr="00330E17">
        <w:rPr>
          <w:lang w:val="es-MX"/>
        </w:rPr>
        <w:t>Esta región también es hogar de comunidades que conservan conocimientos sobre el uso responsable de los recursos amazónicos. Sin embargo, enfrenta problemas como la tala ilegal, la contaminación de ríos y la pérdida de bosques</w:t>
      </w:r>
      <w:r w:rsidR="00221B53">
        <w:rPr>
          <w:lang w:val="es-MX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2"/>
      </w:tblGrid>
      <w:tr w:rsidR="00E16A7A" w:rsidRPr="003D02A4">
        <w:trPr>
          <w:jc w:val="center"/>
        </w:trPr>
        <w:tc>
          <w:tcPr>
            <w:tcW w:w="9072" w:type="dxa"/>
            <w:tcBorders>
              <w:top w:val="single" w:sz="8" w:space="0" w:color="D9C27E"/>
              <w:left w:val="single" w:sz="8" w:space="0" w:color="D9C27E"/>
              <w:bottom w:val="single" w:sz="8" w:space="0" w:color="D9C27E"/>
              <w:right w:val="single" w:sz="8" w:space="0" w:color="D9C27E"/>
            </w:tcBorders>
            <w:shd w:val="clear" w:color="auto" w:fill="FFF8E8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FA6F63" w:rsidRDefault="00322579" w:rsidP="00FA6F63">
            <w:pPr>
              <w:spacing w:after="0"/>
              <w:rPr>
                <w:b/>
                <w:color w:val="005B7F"/>
                <w:lang w:val="es-MX"/>
              </w:rPr>
            </w:pPr>
            <w:r w:rsidRPr="00AF45A2">
              <w:rPr>
                <w:b/>
                <w:color w:val="005B7F"/>
                <w:lang w:val="es-MX"/>
              </w:rPr>
              <w:t>Recomendaci</w:t>
            </w:r>
            <w:r w:rsidR="00221B53">
              <w:rPr>
                <w:b/>
                <w:color w:val="005B7F"/>
                <w:lang w:val="es-MX"/>
              </w:rPr>
              <w:t>ones</w:t>
            </w:r>
            <w:r w:rsidRPr="00AF45A2">
              <w:rPr>
                <w:b/>
                <w:color w:val="005B7F"/>
                <w:lang w:val="es-MX"/>
              </w:rPr>
              <w:t xml:space="preserve"> para cuidar la redacción</w:t>
            </w:r>
          </w:p>
          <w:p w:rsidR="00221B53" w:rsidRPr="00221B53" w:rsidRDefault="00221B53" w:rsidP="00221B53">
            <w:pPr>
              <w:spacing w:after="0"/>
              <w:jc w:val="both"/>
              <w:rPr>
                <w:rFonts w:cs="Arial"/>
                <w:lang w:val="es-MX"/>
              </w:rPr>
            </w:pPr>
            <w:r w:rsidRPr="00221B53">
              <w:rPr>
                <w:rFonts w:ascii="Segoe UI Symbol" w:hAnsi="Segoe UI Symbol" w:cs="Segoe UI Symbol"/>
                <w:lang w:val="es-MX"/>
              </w:rPr>
              <w:t>✅</w:t>
            </w:r>
            <w:r w:rsidRPr="00221B53">
              <w:rPr>
                <w:rFonts w:cs="Arial"/>
                <w:lang w:val="es-MX"/>
              </w:rPr>
              <w:t xml:space="preserve"> Revisa la ortografía y que cada párrafo tenga relación con el tema.</w:t>
            </w:r>
          </w:p>
          <w:p w:rsidR="00366757" w:rsidRPr="00221B53" w:rsidRDefault="00221B53" w:rsidP="00221B53">
            <w:pPr>
              <w:spacing w:after="0"/>
              <w:jc w:val="both"/>
              <w:rPr>
                <w:rFonts w:cs="Arial"/>
                <w:lang w:val="es-MX"/>
              </w:rPr>
            </w:pPr>
            <w:r w:rsidRPr="00221B53">
              <w:rPr>
                <w:rFonts w:ascii="Segoe UI Symbol" w:hAnsi="Segoe UI Symbol" w:cs="Segoe UI Symbol"/>
                <w:lang w:val="es-MX"/>
              </w:rPr>
              <w:t>⚠</w:t>
            </w:r>
            <w:r w:rsidRPr="00221B53">
              <w:rPr>
                <w:rFonts w:cs="Arial"/>
                <w:lang w:val="es-MX"/>
              </w:rPr>
              <w:t>️ No copies textos completos de internet. L</w:t>
            </w:r>
            <w:r>
              <w:rPr>
                <w:rFonts w:cs="Arial"/>
                <w:lang w:val="es-MX"/>
              </w:rPr>
              <w:t>ee la información, explícala</w:t>
            </w:r>
            <w:r w:rsidRPr="00221B53">
              <w:rPr>
                <w:rFonts w:cs="Arial"/>
                <w:lang w:val="es-MX"/>
              </w:rPr>
              <w:t xml:space="preserve"> con tus propias palabras y coloca las fuentes consultadas en la bibliografía.</w:t>
            </w:r>
          </w:p>
        </w:tc>
      </w:tr>
    </w:tbl>
    <w:p w:rsidR="00E16A7A" w:rsidRPr="00AF45A2" w:rsidRDefault="00322579">
      <w:pPr>
        <w:pStyle w:val="Ttulo2"/>
        <w:spacing w:after="120"/>
        <w:rPr>
          <w:lang w:val="es-MX"/>
        </w:rPr>
      </w:pPr>
      <w:bookmarkStart w:id="16" w:name="_Toc230856342"/>
      <w:r w:rsidRPr="00AF45A2">
        <w:rPr>
          <w:rFonts w:ascii="Arial" w:eastAsia="Arial" w:hAnsi="Arial"/>
          <w:sz w:val="24"/>
          <w:lang w:val="es-MX"/>
        </w:rPr>
        <w:lastRenderedPageBreak/>
        <w:t>2.3 Comparación e importancia de las regiones naturales</w:t>
      </w:r>
      <w:bookmarkEnd w:id="16"/>
    </w:p>
    <w:p w:rsidR="00E16A7A" w:rsidRPr="00AF45A2" w:rsidRDefault="00322579">
      <w:pPr>
        <w:spacing w:after="160"/>
        <w:jc w:val="both"/>
        <w:rPr>
          <w:lang w:val="es-MX"/>
        </w:rPr>
      </w:pPr>
      <w:r w:rsidRPr="00AF45A2">
        <w:rPr>
          <w:lang w:val="es-MX"/>
        </w:rPr>
        <w:t>Las tres regiones naturales del Perú presentan diferencias importantes, pero también se complementan entre sí. La costa concentra muchas ciudades, puertos y valles agrícolas; la sierra conserva paisajes andinos, actividades agropecuarias y tradiciones culturales; y la selva destaca por su biodiversidad y recursos amazónicos.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E16A7A">
        <w:trPr>
          <w:tblHeader/>
          <w:jc w:val="center"/>
        </w:trPr>
        <w:tc>
          <w:tcPr>
            <w:tcW w:w="2268" w:type="dxa"/>
            <w:tcBorders>
              <w:top w:val="single" w:sz="6" w:space="0" w:color="7EAAC5"/>
              <w:left w:val="single" w:sz="6" w:space="0" w:color="7EAAC5"/>
              <w:bottom w:val="single" w:sz="6" w:space="0" w:color="7EAAC5"/>
              <w:right w:val="single" w:sz="6" w:space="0" w:color="7EAAC5"/>
            </w:tcBorders>
            <w:shd w:val="clear" w:color="auto" w:fill="005B7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6A7A" w:rsidRPr="00381CFE" w:rsidRDefault="00322579">
            <w:pPr>
              <w:spacing w:after="0"/>
              <w:jc w:val="center"/>
              <w:rPr>
                <w:b/>
              </w:rPr>
            </w:pPr>
            <w:proofErr w:type="spellStart"/>
            <w:r w:rsidRPr="00381CFE">
              <w:rPr>
                <w:b/>
                <w:color w:val="FFFFFF"/>
              </w:rPr>
              <w:t>Aspecto</w:t>
            </w:r>
            <w:proofErr w:type="spellEnd"/>
          </w:p>
        </w:tc>
        <w:tc>
          <w:tcPr>
            <w:tcW w:w="2268" w:type="dxa"/>
            <w:tcBorders>
              <w:top w:val="single" w:sz="6" w:space="0" w:color="7EAAC5"/>
              <w:left w:val="single" w:sz="6" w:space="0" w:color="7EAAC5"/>
              <w:bottom w:val="single" w:sz="6" w:space="0" w:color="7EAAC5"/>
              <w:right w:val="single" w:sz="6" w:space="0" w:color="7EAAC5"/>
            </w:tcBorders>
            <w:shd w:val="clear" w:color="auto" w:fill="005B7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6A7A" w:rsidRPr="00381CFE" w:rsidRDefault="00322579">
            <w:pPr>
              <w:spacing w:after="0"/>
              <w:jc w:val="center"/>
              <w:rPr>
                <w:b/>
              </w:rPr>
            </w:pPr>
            <w:r w:rsidRPr="00381CFE">
              <w:rPr>
                <w:b/>
                <w:color w:val="FFFFFF"/>
              </w:rPr>
              <w:t>Costa</w:t>
            </w:r>
          </w:p>
        </w:tc>
        <w:tc>
          <w:tcPr>
            <w:tcW w:w="2268" w:type="dxa"/>
            <w:tcBorders>
              <w:top w:val="single" w:sz="6" w:space="0" w:color="7EAAC5"/>
              <w:left w:val="single" w:sz="6" w:space="0" w:color="7EAAC5"/>
              <w:bottom w:val="single" w:sz="6" w:space="0" w:color="7EAAC5"/>
              <w:right w:val="single" w:sz="6" w:space="0" w:color="7EAAC5"/>
            </w:tcBorders>
            <w:shd w:val="clear" w:color="auto" w:fill="005B7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6A7A" w:rsidRPr="00381CFE" w:rsidRDefault="00322579">
            <w:pPr>
              <w:spacing w:after="0"/>
              <w:jc w:val="center"/>
              <w:rPr>
                <w:b/>
              </w:rPr>
            </w:pPr>
            <w:r w:rsidRPr="00381CFE">
              <w:rPr>
                <w:b/>
                <w:color w:val="FFFFFF"/>
              </w:rPr>
              <w:t>Sierra</w:t>
            </w:r>
          </w:p>
        </w:tc>
        <w:tc>
          <w:tcPr>
            <w:tcW w:w="2268" w:type="dxa"/>
            <w:tcBorders>
              <w:top w:val="single" w:sz="6" w:space="0" w:color="7EAAC5"/>
              <w:left w:val="single" w:sz="6" w:space="0" w:color="7EAAC5"/>
              <w:bottom w:val="single" w:sz="6" w:space="0" w:color="7EAAC5"/>
              <w:right w:val="single" w:sz="6" w:space="0" w:color="7EAAC5"/>
            </w:tcBorders>
            <w:shd w:val="clear" w:color="auto" w:fill="005B7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6A7A" w:rsidRPr="00381CFE" w:rsidRDefault="00322579">
            <w:pPr>
              <w:spacing w:after="0"/>
              <w:jc w:val="center"/>
              <w:rPr>
                <w:b/>
              </w:rPr>
            </w:pPr>
            <w:proofErr w:type="spellStart"/>
            <w:r w:rsidRPr="00381CFE">
              <w:rPr>
                <w:b/>
                <w:color w:val="FFFFFF"/>
              </w:rPr>
              <w:t>Selva</w:t>
            </w:r>
            <w:proofErr w:type="spellEnd"/>
          </w:p>
        </w:tc>
      </w:tr>
      <w:tr w:rsidR="00E16A7A">
        <w:trPr>
          <w:jc w:val="center"/>
        </w:trPr>
        <w:tc>
          <w:tcPr>
            <w:tcW w:w="2268" w:type="dxa"/>
            <w:tcBorders>
              <w:top w:val="single" w:sz="6" w:space="0" w:color="7EAAC5"/>
              <w:left w:val="single" w:sz="6" w:space="0" w:color="7EAAC5"/>
              <w:bottom w:val="single" w:sz="6" w:space="0" w:color="7EAAC5"/>
              <w:right w:val="single" w:sz="6" w:space="0" w:color="7EAAC5"/>
            </w:tcBorders>
            <w:shd w:val="clear" w:color="auto" w:fill="EAF4F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A7A" w:rsidRPr="00381CFE" w:rsidRDefault="00322579">
            <w:pPr>
              <w:spacing w:after="0"/>
              <w:rPr>
                <w:b/>
              </w:rPr>
            </w:pPr>
            <w:proofErr w:type="spellStart"/>
            <w:r w:rsidRPr="00381CFE">
              <w:rPr>
                <w:b/>
              </w:rPr>
              <w:t>Clima</w:t>
            </w:r>
            <w:proofErr w:type="spellEnd"/>
          </w:p>
        </w:tc>
        <w:tc>
          <w:tcPr>
            <w:tcW w:w="2268" w:type="dxa"/>
            <w:tcBorders>
              <w:top w:val="single" w:sz="6" w:space="0" w:color="7EAAC5"/>
              <w:left w:val="single" w:sz="6" w:space="0" w:color="7EAAC5"/>
              <w:bottom w:val="single" w:sz="6" w:space="0" w:color="7EAAC5"/>
              <w:right w:val="single" w:sz="6" w:space="0" w:color="7EAAC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A7A" w:rsidRDefault="00322579">
            <w:pPr>
              <w:spacing w:after="0"/>
            </w:pPr>
            <w:proofErr w:type="spellStart"/>
            <w:r>
              <w:t>Templado</w:t>
            </w:r>
            <w:proofErr w:type="spellEnd"/>
            <w:r>
              <w:t xml:space="preserve"> y </w:t>
            </w:r>
            <w:proofErr w:type="spellStart"/>
            <w:r>
              <w:t>seco</w:t>
            </w:r>
            <w:proofErr w:type="spellEnd"/>
          </w:p>
        </w:tc>
        <w:tc>
          <w:tcPr>
            <w:tcW w:w="2268" w:type="dxa"/>
            <w:tcBorders>
              <w:top w:val="single" w:sz="6" w:space="0" w:color="7EAAC5"/>
              <w:left w:val="single" w:sz="6" w:space="0" w:color="7EAAC5"/>
              <w:bottom w:val="single" w:sz="6" w:space="0" w:color="7EAAC5"/>
              <w:right w:val="single" w:sz="6" w:space="0" w:color="7EAAC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A7A" w:rsidRDefault="00322579">
            <w:pPr>
              <w:spacing w:after="0"/>
            </w:pPr>
            <w:r>
              <w:t xml:space="preserve">Variable </w:t>
            </w:r>
            <w:proofErr w:type="spellStart"/>
            <w:r>
              <w:t>según</w:t>
            </w:r>
            <w:proofErr w:type="spellEnd"/>
            <w:r>
              <w:t xml:space="preserve"> </w:t>
            </w:r>
            <w:proofErr w:type="spellStart"/>
            <w:r>
              <w:t>altitud</w:t>
            </w:r>
            <w:proofErr w:type="spellEnd"/>
          </w:p>
        </w:tc>
        <w:tc>
          <w:tcPr>
            <w:tcW w:w="2268" w:type="dxa"/>
            <w:tcBorders>
              <w:top w:val="single" w:sz="6" w:space="0" w:color="7EAAC5"/>
              <w:left w:val="single" w:sz="6" w:space="0" w:color="7EAAC5"/>
              <w:bottom w:val="single" w:sz="6" w:space="0" w:color="7EAAC5"/>
              <w:right w:val="single" w:sz="6" w:space="0" w:color="7EAAC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A7A" w:rsidRDefault="00322579">
            <w:pPr>
              <w:spacing w:after="0"/>
            </w:pPr>
            <w:proofErr w:type="spellStart"/>
            <w:r>
              <w:t>Cálido</w:t>
            </w:r>
            <w:proofErr w:type="spellEnd"/>
            <w:r>
              <w:t xml:space="preserve"> y </w:t>
            </w:r>
            <w:proofErr w:type="spellStart"/>
            <w:r>
              <w:t>húmedo</w:t>
            </w:r>
            <w:proofErr w:type="spellEnd"/>
          </w:p>
        </w:tc>
      </w:tr>
      <w:tr w:rsidR="00E16A7A">
        <w:trPr>
          <w:jc w:val="center"/>
        </w:trPr>
        <w:tc>
          <w:tcPr>
            <w:tcW w:w="2268" w:type="dxa"/>
            <w:tcBorders>
              <w:top w:val="single" w:sz="6" w:space="0" w:color="7EAAC5"/>
              <w:left w:val="single" w:sz="6" w:space="0" w:color="7EAAC5"/>
              <w:bottom w:val="single" w:sz="6" w:space="0" w:color="7EAAC5"/>
              <w:right w:val="single" w:sz="6" w:space="0" w:color="7EAAC5"/>
            </w:tcBorders>
            <w:shd w:val="clear" w:color="auto" w:fill="EAF4F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A7A" w:rsidRPr="00381CFE" w:rsidRDefault="00322579">
            <w:pPr>
              <w:spacing w:after="0"/>
              <w:rPr>
                <w:b/>
              </w:rPr>
            </w:pPr>
            <w:r w:rsidRPr="00381CFE">
              <w:rPr>
                <w:b/>
              </w:rPr>
              <w:t>Relieve</w:t>
            </w:r>
          </w:p>
        </w:tc>
        <w:tc>
          <w:tcPr>
            <w:tcW w:w="2268" w:type="dxa"/>
            <w:tcBorders>
              <w:top w:val="single" w:sz="6" w:space="0" w:color="7EAAC5"/>
              <w:left w:val="single" w:sz="6" w:space="0" w:color="7EAAC5"/>
              <w:bottom w:val="single" w:sz="6" w:space="0" w:color="7EAAC5"/>
              <w:right w:val="single" w:sz="6" w:space="0" w:color="7EAAC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A7A" w:rsidRDefault="00322579">
            <w:pPr>
              <w:spacing w:after="0"/>
            </w:pPr>
            <w:proofErr w:type="spellStart"/>
            <w:r>
              <w:t>Litoral</w:t>
            </w:r>
            <w:proofErr w:type="spellEnd"/>
            <w:r>
              <w:t xml:space="preserve">, </w:t>
            </w:r>
            <w:proofErr w:type="spellStart"/>
            <w:r>
              <w:t>valles</w:t>
            </w:r>
            <w:proofErr w:type="spellEnd"/>
            <w:r>
              <w:t xml:space="preserve"> y </w:t>
            </w:r>
            <w:proofErr w:type="spellStart"/>
            <w:r>
              <w:t>desiertos</w:t>
            </w:r>
            <w:proofErr w:type="spellEnd"/>
          </w:p>
        </w:tc>
        <w:tc>
          <w:tcPr>
            <w:tcW w:w="2268" w:type="dxa"/>
            <w:tcBorders>
              <w:top w:val="single" w:sz="6" w:space="0" w:color="7EAAC5"/>
              <w:left w:val="single" w:sz="6" w:space="0" w:color="7EAAC5"/>
              <w:bottom w:val="single" w:sz="6" w:space="0" w:color="7EAAC5"/>
              <w:right w:val="single" w:sz="6" w:space="0" w:color="7EAAC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A7A" w:rsidRDefault="00322579">
            <w:pPr>
              <w:spacing w:after="0"/>
            </w:pPr>
            <w:proofErr w:type="spellStart"/>
            <w:r>
              <w:t>Montañas</w:t>
            </w:r>
            <w:proofErr w:type="spellEnd"/>
            <w:r>
              <w:t xml:space="preserve"> y </w:t>
            </w:r>
            <w:proofErr w:type="spellStart"/>
            <w:r>
              <w:t>valles</w:t>
            </w:r>
            <w:proofErr w:type="spellEnd"/>
            <w:r>
              <w:t xml:space="preserve"> </w:t>
            </w:r>
            <w:proofErr w:type="spellStart"/>
            <w:r>
              <w:t>andinos</w:t>
            </w:r>
            <w:proofErr w:type="spellEnd"/>
          </w:p>
        </w:tc>
        <w:tc>
          <w:tcPr>
            <w:tcW w:w="2268" w:type="dxa"/>
            <w:tcBorders>
              <w:top w:val="single" w:sz="6" w:space="0" w:color="7EAAC5"/>
              <w:left w:val="single" w:sz="6" w:space="0" w:color="7EAAC5"/>
              <w:bottom w:val="single" w:sz="6" w:space="0" w:color="7EAAC5"/>
              <w:right w:val="single" w:sz="6" w:space="0" w:color="7EAAC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A7A" w:rsidRDefault="00322579">
            <w:pPr>
              <w:spacing w:after="0"/>
            </w:pPr>
            <w:proofErr w:type="spellStart"/>
            <w:r>
              <w:t>Bosques</w:t>
            </w:r>
            <w:proofErr w:type="spellEnd"/>
            <w:r>
              <w:t xml:space="preserve"> y </w:t>
            </w:r>
            <w:proofErr w:type="spellStart"/>
            <w:r>
              <w:t>ríos</w:t>
            </w:r>
            <w:proofErr w:type="spellEnd"/>
            <w:r>
              <w:t xml:space="preserve"> </w:t>
            </w:r>
            <w:proofErr w:type="spellStart"/>
            <w:r>
              <w:t>amazónicos</w:t>
            </w:r>
            <w:proofErr w:type="spellEnd"/>
          </w:p>
        </w:tc>
      </w:tr>
      <w:tr w:rsidR="00E16A7A">
        <w:trPr>
          <w:jc w:val="center"/>
        </w:trPr>
        <w:tc>
          <w:tcPr>
            <w:tcW w:w="2268" w:type="dxa"/>
            <w:tcBorders>
              <w:top w:val="single" w:sz="6" w:space="0" w:color="7EAAC5"/>
              <w:left w:val="single" w:sz="6" w:space="0" w:color="7EAAC5"/>
              <w:bottom w:val="single" w:sz="6" w:space="0" w:color="7EAAC5"/>
              <w:right w:val="single" w:sz="6" w:space="0" w:color="7EAAC5"/>
            </w:tcBorders>
            <w:shd w:val="clear" w:color="auto" w:fill="EAF4F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A7A" w:rsidRPr="00381CFE" w:rsidRDefault="00322579">
            <w:pPr>
              <w:spacing w:after="0"/>
              <w:rPr>
                <w:b/>
              </w:rPr>
            </w:pPr>
            <w:proofErr w:type="spellStart"/>
            <w:r w:rsidRPr="00381CFE">
              <w:rPr>
                <w:b/>
              </w:rPr>
              <w:t>Actividades</w:t>
            </w:r>
            <w:proofErr w:type="spellEnd"/>
          </w:p>
        </w:tc>
        <w:tc>
          <w:tcPr>
            <w:tcW w:w="2268" w:type="dxa"/>
            <w:tcBorders>
              <w:top w:val="single" w:sz="6" w:space="0" w:color="7EAAC5"/>
              <w:left w:val="single" w:sz="6" w:space="0" w:color="7EAAC5"/>
              <w:bottom w:val="single" w:sz="6" w:space="0" w:color="7EAAC5"/>
              <w:right w:val="single" w:sz="6" w:space="0" w:color="7EAAC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A7A" w:rsidRDefault="00322579">
            <w:pPr>
              <w:spacing w:after="0"/>
            </w:pPr>
            <w:proofErr w:type="spellStart"/>
            <w:r>
              <w:t>Pesca</w:t>
            </w:r>
            <w:proofErr w:type="spellEnd"/>
            <w:r>
              <w:t xml:space="preserve">, </w:t>
            </w:r>
            <w:proofErr w:type="spellStart"/>
            <w:r>
              <w:t>agricultura</w:t>
            </w:r>
            <w:proofErr w:type="spellEnd"/>
            <w:r>
              <w:t xml:space="preserve"> y </w:t>
            </w:r>
            <w:proofErr w:type="spellStart"/>
            <w:r>
              <w:t>comercio</w:t>
            </w:r>
            <w:proofErr w:type="spellEnd"/>
          </w:p>
        </w:tc>
        <w:tc>
          <w:tcPr>
            <w:tcW w:w="2268" w:type="dxa"/>
            <w:tcBorders>
              <w:top w:val="single" w:sz="6" w:space="0" w:color="7EAAC5"/>
              <w:left w:val="single" w:sz="6" w:space="0" w:color="7EAAC5"/>
              <w:bottom w:val="single" w:sz="6" w:space="0" w:color="7EAAC5"/>
              <w:right w:val="single" w:sz="6" w:space="0" w:color="7EAAC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A7A" w:rsidRDefault="00322579">
            <w:pPr>
              <w:spacing w:after="0"/>
            </w:pPr>
            <w:proofErr w:type="spellStart"/>
            <w:r>
              <w:t>Agricultura</w:t>
            </w:r>
            <w:proofErr w:type="spellEnd"/>
            <w:r>
              <w:t xml:space="preserve">, </w:t>
            </w:r>
            <w:proofErr w:type="spellStart"/>
            <w:r>
              <w:t>ganadería</w:t>
            </w:r>
            <w:proofErr w:type="spellEnd"/>
            <w:r>
              <w:t xml:space="preserve"> y </w:t>
            </w:r>
            <w:proofErr w:type="spellStart"/>
            <w:r>
              <w:t>turismo</w:t>
            </w:r>
            <w:proofErr w:type="spellEnd"/>
          </w:p>
        </w:tc>
        <w:tc>
          <w:tcPr>
            <w:tcW w:w="2268" w:type="dxa"/>
            <w:tcBorders>
              <w:top w:val="single" w:sz="6" w:space="0" w:color="7EAAC5"/>
              <w:left w:val="single" w:sz="6" w:space="0" w:color="7EAAC5"/>
              <w:bottom w:val="single" w:sz="6" w:space="0" w:color="7EAAC5"/>
              <w:right w:val="single" w:sz="6" w:space="0" w:color="7EAAC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A7A" w:rsidRDefault="00322579">
            <w:pPr>
              <w:spacing w:after="0"/>
            </w:pPr>
            <w:proofErr w:type="spellStart"/>
            <w:r>
              <w:t>Agricultura</w:t>
            </w:r>
            <w:proofErr w:type="spellEnd"/>
            <w:r>
              <w:t xml:space="preserve">, </w:t>
            </w:r>
            <w:proofErr w:type="spellStart"/>
            <w:r>
              <w:t>turismo</w:t>
            </w:r>
            <w:proofErr w:type="spellEnd"/>
            <w:r>
              <w:t xml:space="preserve"> y </w:t>
            </w:r>
            <w:proofErr w:type="spellStart"/>
            <w:r>
              <w:t>pesca</w:t>
            </w:r>
            <w:proofErr w:type="spellEnd"/>
          </w:p>
        </w:tc>
      </w:tr>
    </w:tbl>
    <w:p w:rsidR="000152E2" w:rsidRDefault="00322579" w:rsidP="000152E2">
      <w:pPr>
        <w:spacing w:before="200"/>
        <w:jc w:val="both"/>
        <w:rPr>
          <w:lang w:val="es-MX"/>
        </w:rPr>
      </w:pPr>
      <w:r w:rsidRPr="00AF45A2">
        <w:rPr>
          <w:lang w:val="es-MX"/>
        </w:rPr>
        <w:t>En conjunto, estas regiones fortalecen la identidad del país porque reúnen diferentes paisajes, productos, tradiciones y formas de vida. Por ello, conocerlas ayuda a valorar la diversidad del Perú y a promover un uso responsable de sus recursos naturales.</w:t>
      </w:r>
    </w:p>
    <w:p w:rsidR="008A5CB3" w:rsidRPr="00330E17" w:rsidRDefault="008A5CB3" w:rsidP="000152E2">
      <w:pPr>
        <w:spacing w:before="200"/>
        <w:jc w:val="both"/>
        <w:rPr>
          <w:lang w:val="es-MX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2"/>
      </w:tblGrid>
      <w:tr w:rsidR="000152E2" w:rsidRPr="003D02A4" w:rsidTr="00E845F7">
        <w:trPr>
          <w:jc w:val="center"/>
        </w:trPr>
        <w:tc>
          <w:tcPr>
            <w:tcW w:w="9072" w:type="dxa"/>
            <w:tcBorders>
              <w:top w:val="single" w:sz="8" w:space="0" w:color="D9C27E"/>
              <w:left w:val="single" w:sz="8" w:space="0" w:color="D9C27E"/>
              <w:bottom w:val="single" w:sz="8" w:space="0" w:color="D9C27E"/>
              <w:right w:val="single" w:sz="8" w:space="0" w:color="D9C27E"/>
            </w:tcBorders>
            <w:shd w:val="clear" w:color="auto" w:fill="FFF8E8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0152E2" w:rsidRPr="00AF45A2" w:rsidRDefault="00A07F28" w:rsidP="000152E2">
            <w:pPr>
              <w:spacing w:after="0"/>
              <w:rPr>
                <w:lang w:val="es-MX"/>
              </w:rPr>
            </w:pPr>
            <w:r w:rsidRPr="00AF45A2">
              <w:rPr>
                <w:b/>
                <w:color w:val="005B7F"/>
                <w:lang w:val="es-MX"/>
              </w:rPr>
              <w:t>Recomendaci</w:t>
            </w:r>
            <w:r>
              <w:rPr>
                <w:b/>
                <w:color w:val="005B7F"/>
                <w:lang w:val="es-MX"/>
              </w:rPr>
              <w:t>ones</w:t>
            </w:r>
            <w:r w:rsidR="000152E2" w:rsidRPr="00AF45A2">
              <w:rPr>
                <w:b/>
                <w:color w:val="005B7F"/>
                <w:lang w:val="es-MX"/>
              </w:rPr>
              <w:t xml:space="preserve"> para </w:t>
            </w:r>
            <w:r>
              <w:rPr>
                <w:b/>
                <w:color w:val="005B7F"/>
                <w:lang w:val="es-MX"/>
              </w:rPr>
              <w:t xml:space="preserve">los </w:t>
            </w:r>
            <w:r w:rsidR="000152E2" w:rsidRPr="00AF45A2">
              <w:rPr>
                <w:b/>
                <w:color w:val="005B7F"/>
                <w:lang w:val="es-MX"/>
              </w:rPr>
              <w:t>cuadros comparativos</w:t>
            </w:r>
          </w:p>
          <w:p w:rsidR="000152E2" w:rsidRDefault="000152E2" w:rsidP="000152E2">
            <w:pPr>
              <w:spacing w:after="0"/>
              <w:jc w:val="both"/>
              <w:rPr>
                <w:lang w:val="es-MX"/>
              </w:rPr>
            </w:pPr>
            <w:r w:rsidRPr="000152E2">
              <w:rPr>
                <w:lang w:val="es-MX"/>
              </w:rPr>
              <w:t xml:space="preserve">Usa cuadros comparativos cuando necesites ordenar diferencias o semejanzas entre varios elementos. </w:t>
            </w:r>
          </w:p>
          <w:p w:rsidR="000152E2" w:rsidRDefault="000152E2" w:rsidP="000152E2">
            <w:pPr>
              <w:spacing w:after="0"/>
              <w:jc w:val="both"/>
              <w:rPr>
                <w:lang w:val="es-MX"/>
              </w:rPr>
            </w:pPr>
            <w:r>
              <w:rPr>
                <w:lang w:val="es-MX"/>
              </w:rPr>
              <w:t>Para insertar una tabla</w:t>
            </w:r>
            <w:r w:rsidRPr="000152E2">
              <w:rPr>
                <w:lang w:val="es-MX"/>
              </w:rPr>
              <w:t xml:space="preserve"> en Word, entra a </w:t>
            </w:r>
            <w:r>
              <w:rPr>
                <w:b/>
                <w:bCs/>
                <w:lang w:val="es-MX"/>
              </w:rPr>
              <w:t xml:space="preserve">Insertar, </w:t>
            </w:r>
            <w:r w:rsidRPr="000152E2">
              <w:rPr>
                <w:bCs/>
                <w:lang w:val="es-MX"/>
              </w:rPr>
              <w:t>selecciona</w:t>
            </w:r>
            <w:r>
              <w:rPr>
                <w:b/>
                <w:bCs/>
                <w:lang w:val="es-MX"/>
              </w:rPr>
              <w:t xml:space="preserve"> </w:t>
            </w:r>
            <w:r w:rsidRPr="000152E2">
              <w:rPr>
                <w:b/>
                <w:bCs/>
                <w:lang w:val="es-MX"/>
              </w:rPr>
              <w:t>Tabla</w:t>
            </w:r>
            <w:r w:rsidRPr="000152E2">
              <w:rPr>
                <w:lang w:val="es-MX"/>
              </w:rPr>
              <w:t xml:space="preserve"> y elige la cantidad de filas y columnas que necesitas.</w:t>
            </w:r>
          </w:p>
          <w:p w:rsidR="000152E2" w:rsidRPr="000152E2" w:rsidRDefault="000152E2" w:rsidP="000152E2">
            <w:pPr>
              <w:spacing w:after="0"/>
              <w:jc w:val="both"/>
              <w:rPr>
                <w:lang w:val="es-MX"/>
              </w:rPr>
            </w:pPr>
            <w:r w:rsidRPr="000152E2">
              <w:rPr>
                <w:rFonts w:ascii="Segoe UI Symbol" w:hAnsi="Segoe UI Symbol" w:cs="Segoe UI Symbol"/>
                <w:lang w:val="es-MX"/>
              </w:rPr>
              <w:t>✅</w:t>
            </w:r>
            <w:r w:rsidRPr="000152E2">
              <w:rPr>
                <w:lang w:val="es-MX"/>
              </w:rPr>
              <w:t xml:space="preserve"> Escribe ideas breves en cada celda y revisa que los títulos de las columnas sean claros, para que la información sea fácil de leer y comparar.</w:t>
            </w:r>
          </w:p>
          <w:p w:rsidR="000152E2" w:rsidRPr="00221B53" w:rsidRDefault="000152E2" w:rsidP="000152E2">
            <w:pPr>
              <w:spacing w:after="0"/>
              <w:jc w:val="both"/>
              <w:rPr>
                <w:rFonts w:cs="Arial"/>
                <w:lang w:val="es-MX"/>
              </w:rPr>
            </w:pPr>
            <w:r w:rsidRPr="000152E2">
              <w:rPr>
                <w:rFonts w:ascii="Segoe UI Symbol" w:hAnsi="Segoe UI Symbol" w:cs="Segoe UI Symbol"/>
                <w:lang w:val="es-MX"/>
              </w:rPr>
              <w:t>⚠</w:t>
            </w:r>
            <w:r w:rsidRPr="000152E2">
              <w:rPr>
                <w:lang w:val="es-MX"/>
              </w:rPr>
              <w:t>️ No coloques párrafos largos dentro del cuadro; si necesitas explicar más, desarrolla la información en un párrafo debajo.</w:t>
            </w:r>
          </w:p>
        </w:tc>
      </w:tr>
    </w:tbl>
    <w:p w:rsidR="000152E2" w:rsidRDefault="000152E2">
      <w:pPr>
        <w:rPr>
          <w:lang w:val="es-MX"/>
        </w:rPr>
      </w:pPr>
    </w:p>
    <w:p w:rsidR="000152E2" w:rsidRPr="00AF45A2" w:rsidRDefault="000152E2">
      <w:pPr>
        <w:rPr>
          <w:lang w:val="es-MX"/>
        </w:rPr>
      </w:pPr>
    </w:p>
    <w:p w:rsidR="00E16A7A" w:rsidRDefault="00322579">
      <w:pPr>
        <w:pStyle w:val="Ttulo1"/>
        <w:spacing w:before="0" w:after="200"/>
      </w:pPr>
      <w:bookmarkStart w:id="17" w:name="_Toc230856343"/>
      <w:r>
        <w:rPr>
          <w:rFonts w:ascii="Arial" w:eastAsia="Arial" w:hAnsi="Arial"/>
          <w:sz w:val="24"/>
        </w:rPr>
        <w:lastRenderedPageBreak/>
        <w:t xml:space="preserve">3. </w:t>
      </w:r>
      <w:proofErr w:type="spellStart"/>
      <w:r>
        <w:rPr>
          <w:rFonts w:ascii="Arial" w:eastAsia="Arial" w:hAnsi="Arial"/>
          <w:sz w:val="24"/>
        </w:rPr>
        <w:t>Conclusiones</w:t>
      </w:r>
      <w:bookmarkEnd w:id="17"/>
      <w:proofErr w:type="spellEnd"/>
    </w:p>
    <w:p w:rsidR="00E16A7A" w:rsidRPr="00AF45A2" w:rsidRDefault="00322579" w:rsidP="00FB67FD">
      <w:pPr>
        <w:pStyle w:val="Listaconvietas"/>
        <w:numPr>
          <w:ilvl w:val="0"/>
          <w:numId w:val="11"/>
        </w:numPr>
        <w:spacing w:after="60"/>
        <w:jc w:val="both"/>
        <w:rPr>
          <w:lang w:val="es-MX"/>
        </w:rPr>
      </w:pPr>
      <w:r w:rsidRPr="00AF45A2">
        <w:rPr>
          <w:lang w:val="es-MX"/>
        </w:rPr>
        <w:t>Las regiones naturales del Perú permiten comprender mejor la diversidad del territorio nacional y sus principales características geográficas, ambientales y culturales.</w:t>
      </w:r>
    </w:p>
    <w:p w:rsidR="00E16A7A" w:rsidRPr="00AF45A2" w:rsidRDefault="00322579" w:rsidP="00FB67FD">
      <w:pPr>
        <w:pStyle w:val="Listaconvietas"/>
        <w:numPr>
          <w:ilvl w:val="0"/>
          <w:numId w:val="11"/>
        </w:numPr>
        <w:spacing w:after="60"/>
        <w:jc w:val="both"/>
        <w:rPr>
          <w:lang w:val="es-MX"/>
        </w:rPr>
      </w:pPr>
      <w:r w:rsidRPr="00AF45A2">
        <w:rPr>
          <w:lang w:val="es-MX"/>
        </w:rPr>
        <w:t>La costa, la sierra y la selva presentan climas, relieves, recursos y actividades económicas diferentes, pero todas aportan al desarrollo e identidad del país.</w:t>
      </w:r>
    </w:p>
    <w:p w:rsidR="00E16A7A" w:rsidRPr="00AF45A2" w:rsidRDefault="00322579" w:rsidP="00FB67FD">
      <w:pPr>
        <w:pStyle w:val="Listaconvietas"/>
        <w:numPr>
          <w:ilvl w:val="0"/>
          <w:numId w:val="11"/>
        </w:numPr>
        <w:spacing w:after="60"/>
        <w:jc w:val="both"/>
        <w:rPr>
          <w:lang w:val="es-MX"/>
        </w:rPr>
      </w:pPr>
      <w:r w:rsidRPr="00AF45A2">
        <w:rPr>
          <w:lang w:val="es-MX"/>
        </w:rPr>
        <w:t>El estudio de las regiones naturales ayuda a valorar la biodiversidad peruana y promueve una actitud responsable frente al cuidado del ambiente.</w:t>
      </w:r>
    </w:p>
    <w:p w:rsidR="00E16A7A" w:rsidRPr="00AF45A2" w:rsidRDefault="00322579" w:rsidP="00FB67FD">
      <w:pPr>
        <w:pStyle w:val="Listaconvietas"/>
        <w:numPr>
          <w:ilvl w:val="0"/>
          <w:numId w:val="11"/>
        </w:numPr>
        <w:spacing w:after="60"/>
        <w:jc w:val="both"/>
        <w:rPr>
          <w:lang w:val="es-MX"/>
        </w:rPr>
      </w:pPr>
      <w:r w:rsidRPr="00AF45A2">
        <w:rPr>
          <w:lang w:val="es-MX"/>
        </w:rPr>
        <w:t>Un trabajo académico bien presentado debe organizar sus ideas con títulos, subtítulos, imágenes correctamente nombradas, conclusiones claras y fuentes bibliográficas confiables.</w:t>
      </w:r>
    </w:p>
    <w:p w:rsidR="00E16A7A" w:rsidRPr="00AF45A2" w:rsidRDefault="00E16A7A">
      <w:pPr>
        <w:spacing w:after="40"/>
        <w:rPr>
          <w:lang w:val="es-MX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2"/>
      </w:tblGrid>
      <w:tr w:rsidR="00E16A7A" w:rsidRPr="003D02A4">
        <w:trPr>
          <w:jc w:val="center"/>
        </w:trPr>
        <w:tc>
          <w:tcPr>
            <w:tcW w:w="9072" w:type="dxa"/>
            <w:tcBorders>
              <w:top w:val="single" w:sz="8" w:space="0" w:color="D9C27E"/>
              <w:left w:val="single" w:sz="8" w:space="0" w:color="D9C27E"/>
              <w:bottom w:val="single" w:sz="8" w:space="0" w:color="D9C27E"/>
              <w:right w:val="single" w:sz="8" w:space="0" w:color="D9C27E"/>
            </w:tcBorders>
            <w:shd w:val="clear" w:color="auto" w:fill="FFF8E8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E16A7A" w:rsidRPr="00AF45A2" w:rsidRDefault="00A07F28" w:rsidP="00FB67FD">
            <w:pPr>
              <w:spacing w:after="0"/>
              <w:jc w:val="both"/>
              <w:rPr>
                <w:lang w:val="es-MX"/>
              </w:rPr>
            </w:pPr>
            <w:r w:rsidRPr="00AF45A2">
              <w:rPr>
                <w:b/>
                <w:color w:val="005B7F"/>
                <w:lang w:val="es-MX"/>
              </w:rPr>
              <w:t>Recomendaci</w:t>
            </w:r>
            <w:r>
              <w:rPr>
                <w:b/>
                <w:color w:val="005B7F"/>
                <w:lang w:val="es-MX"/>
              </w:rPr>
              <w:t>ones</w:t>
            </w:r>
            <w:r w:rsidR="00322579" w:rsidRPr="00AF45A2">
              <w:rPr>
                <w:b/>
                <w:color w:val="005B7F"/>
                <w:lang w:val="es-MX"/>
              </w:rPr>
              <w:t xml:space="preserve"> para</w:t>
            </w:r>
            <w:r>
              <w:rPr>
                <w:b/>
                <w:color w:val="005B7F"/>
                <w:lang w:val="es-MX"/>
              </w:rPr>
              <w:t xml:space="preserve"> las</w:t>
            </w:r>
            <w:r w:rsidR="00322579" w:rsidRPr="00AF45A2">
              <w:rPr>
                <w:b/>
                <w:color w:val="005B7F"/>
                <w:lang w:val="es-MX"/>
              </w:rPr>
              <w:t xml:space="preserve"> conclusiones</w:t>
            </w:r>
          </w:p>
          <w:p w:rsidR="00E16A7A" w:rsidRDefault="00322579" w:rsidP="00FB67FD">
            <w:pPr>
              <w:spacing w:after="0"/>
              <w:jc w:val="both"/>
              <w:rPr>
                <w:lang w:val="es-MX"/>
              </w:rPr>
            </w:pPr>
            <w:r w:rsidRPr="00AF45A2">
              <w:rPr>
                <w:lang w:val="es-MX"/>
              </w:rPr>
              <w:t>Las conclusiones no deben repetir todo el trabajo. Deben resumir las ideas más importantes y responder al objetivo del tema desarrollado.</w:t>
            </w:r>
          </w:p>
          <w:p w:rsidR="00B51021" w:rsidRDefault="00FB67FD" w:rsidP="00FB67FD">
            <w:pPr>
              <w:spacing w:after="0"/>
              <w:jc w:val="both"/>
              <w:rPr>
                <w:lang w:val="es-MX"/>
              </w:rPr>
            </w:pPr>
            <w:r w:rsidRPr="00B51021">
              <w:rPr>
                <w:lang w:val="es-MX"/>
              </w:rPr>
              <w:t>Se recomienda usar numeraci</w:t>
            </w:r>
            <w:r w:rsidRPr="00FB67FD">
              <w:rPr>
                <w:lang w:val="es-MX"/>
              </w:rPr>
              <w:t>ó</w:t>
            </w:r>
            <w:r w:rsidRPr="00B51021">
              <w:rPr>
                <w:lang w:val="es-MX"/>
              </w:rPr>
              <w:t>n para que cada conclusi</w:t>
            </w:r>
            <w:r w:rsidRPr="00FB67FD">
              <w:rPr>
                <w:lang w:val="es-MX"/>
              </w:rPr>
              <w:t>ó</w:t>
            </w:r>
            <w:r w:rsidRPr="00B51021">
              <w:rPr>
                <w:lang w:val="es-MX"/>
              </w:rPr>
              <w:t>n se vea m</w:t>
            </w:r>
            <w:r w:rsidRPr="00FB67FD">
              <w:rPr>
                <w:lang w:val="es-MX"/>
              </w:rPr>
              <w:t>á</w:t>
            </w:r>
            <w:r w:rsidRPr="00B51021">
              <w:rPr>
                <w:lang w:val="es-MX"/>
              </w:rPr>
              <w:t>s ordenada.</w:t>
            </w:r>
            <w:r>
              <w:rPr>
                <w:lang w:val="es-MX"/>
              </w:rPr>
              <w:t xml:space="preserve"> </w:t>
            </w:r>
            <w:r w:rsidR="00B51021" w:rsidRPr="00B51021">
              <w:rPr>
                <w:lang w:val="es-MX"/>
              </w:rPr>
              <w:t xml:space="preserve">Para </w:t>
            </w:r>
            <w:r>
              <w:rPr>
                <w:lang w:val="es-MX"/>
              </w:rPr>
              <w:t>hacerlo</w:t>
            </w:r>
            <w:r w:rsidR="00B51021" w:rsidRPr="00B51021">
              <w:rPr>
                <w:lang w:val="es-MX"/>
              </w:rPr>
              <w:t xml:space="preserve"> en Wo</w:t>
            </w:r>
            <w:r w:rsidR="00B51021">
              <w:rPr>
                <w:lang w:val="es-MX"/>
              </w:rPr>
              <w:t>rd, selecciona las conclusiones,</w:t>
            </w:r>
            <w:r w:rsidR="00B51021" w:rsidRPr="00B51021">
              <w:rPr>
                <w:lang w:val="es-MX"/>
              </w:rPr>
              <w:t xml:space="preserve"> entra a </w:t>
            </w:r>
            <w:r w:rsidR="00B51021" w:rsidRPr="00FB67FD">
              <w:rPr>
                <w:b/>
                <w:bCs/>
                <w:lang w:val="es-MX"/>
              </w:rPr>
              <w:t xml:space="preserve">Inicio, </w:t>
            </w:r>
            <w:r w:rsidRPr="00FB67FD">
              <w:rPr>
                <w:bCs/>
                <w:lang w:val="es-MX"/>
              </w:rPr>
              <w:t>ve a</w:t>
            </w:r>
            <w:r>
              <w:rPr>
                <w:b/>
                <w:bCs/>
                <w:lang w:val="es-MX"/>
              </w:rPr>
              <w:t xml:space="preserve"> </w:t>
            </w:r>
            <w:r w:rsidR="00B51021" w:rsidRPr="00FB67FD">
              <w:rPr>
                <w:b/>
                <w:bCs/>
                <w:lang w:val="es-MX"/>
              </w:rPr>
              <w:t>Párrafo y luego selecciona Numeración</w:t>
            </w:r>
            <w:r w:rsidR="00B51021" w:rsidRPr="00B51021">
              <w:rPr>
                <w:lang w:val="es-MX"/>
              </w:rPr>
              <w:t xml:space="preserve"> o </w:t>
            </w:r>
            <w:r w:rsidR="00B51021" w:rsidRPr="00FB67FD">
              <w:rPr>
                <w:b/>
                <w:bCs/>
                <w:lang w:val="es-MX"/>
              </w:rPr>
              <w:t>Viñetas</w:t>
            </w:r>
            <w:r w:rsidR="00B51021" w:rsidRPr="00B51021">
              <w:rPr>
                <w:lang w:val="es-MX"/>
              </w:rPr>
              <w:t xml:space="preserve"> y elige el formato que prefieras.</w:t>
            </w:r>
          </w:p>
          <w:p w:rsidR="008A5CB3" w:rsidRPr="008A5CB3" w:rsidRDefault="008A5CB3" w:rsidP="00FB67FD">
            <w:pPr>
              <w:spacing w:after="0"/>
              <w:jc w:val="both"/>
              <w:rPr>
                <w:lang w:val="es-MX"/>
              </w:rPr>
            </w:pPr>
            <w:r w:rsidRPr="008A5CB3">
              <w:rPr>
                <w:rFonts w:ascii="Segoe UI Symbol" w:hAnsi="Segoe UI Symbol" w:cs="Segoe UI Symbol"/>
                <w:lang w:val="es-MX"/>
              </w:rPr>
              <w:t>✅</w:t>
            </w:r>
            <w:r w:rsidRPr="008A5CB3">
              <w:rPr>
                <w:lang w:val="es-MX"/>
              </w:rPr>
              <w:t xml:space="preserve"> Redacta </w:t>
            </w:r>
            <w:r w:rsidR="00B51021">
              <w:rPr>
                <w:lang w:val="es-MX"/>
              </w:rPr>
              <w:t>ideas</w:t>
            </w:r>
            <w:r w:rsidRPr="008A5CB3">
              <w:rPr>
                <w:lang w:val="es-MX"/>
              </w:rPr>
              <w:t xml:space="preserve"> claras, breves y relacionadas con </w:t>
            </w:r>
            <w:r w:rsidR="00FB67FD">
              <w:rPr>
                <w:lang w:val="es-MX"/>
              </w:rPr>
              <w:t>contenido desarrollado.</w:t>
            </w:r>
          </w:p>
          <w:p w:rsidR="00FB67FD" w:rsidRPr="00FB67FD" w:rsidRDefault="008A5CB3" w:rsidP="00FB67FD">
            <w:pPr>
              <w:spacing w:after="0"/>
              <w:jc w:val="both"/>
              <w:rPr>
                <w:lang w:val="es-MX"/>
              </w:rPr>
            </w:pPr>
            <w:r w:rsidRPr="008A5CB3">
              <w:rPr>
                <w:rFonts w:ascii="Segoe UI Symbol" w:hAnsi="Segoe UI Symbol" w:cs="Segoe UI Symbol"/>
                <w:lang w:val="es-MX"/>
              </w:rPr>
              <w:t>⚠</w:t>
            </w:r>
            <w:r w:rsidRPr="008A5CB3">
              <w:rPr>
                <w:lang w:val="es-MX"/>
              </w:rPr>
              <w:t>️ No agregues información nueva ni copies párrafos del marco teórico; escribe una reflexión final con tus propias palabras.</w:t>
            </w:r>
          </w:p>
        </w:tc>
      </w:tr>
    </w:tbl>
    <w:p w:rsidR="00E16A7A" w:rsidRPr="00AF45A2" w:rsidRDefault="00E16A7A">
      <w:pPr>
        <w:spacing w:after="160"/>
        <w:rPr>
          <w:lang w:val="es-MX"/>
        </w:rPr>
      </w:pPr>
    </w:p>
    <w:p w:rsidR="00E16A7A" w:rsidRPr="00AF45A2" w:rsidRDefault="00322579">
      <w:pPr>
        <w:rPr>
          <w:lang w:val="es-MX"/>
        </w:rPr>
      </w:pPr>
      <w:r w:rsidRPr="00AF45A2">
        <w:rPr>
          <w:lang w:val="es-MX"/>
        </w:rPr>
        <w:br w:type="page"/>
      </w:r>
    </w:p>
    <w:p w:rsidR="00E16A7A" w:rsidRPr="00AF45A2" w:rsidRDefault="008A5CB3">
      <w:pPr>
        <w:pStyle w:val="Ttulo1"/>
        <w:spacing w:before="0" w:after="200"/>
        <w:rPr>
          <w:lang w:val="es-MX"/>
        </w:rPr>
      </w:pPr>
      <w:bookmarkStart w:id="18" w:name="_Toc230856344"/>
      <w:r>
        <w:rPr>
          <w:rFonts w:ascii="Arial" w:eastAsia="Arial" w:hAnsi="Arial"/>
          <w:sz w:val="24"/>
          <w:lang w:val="es-MX"/>
        </w:rPr>
        <w:lastRenderedPageBreak/>
        <w:t>4</w:t>
      </w:r>
      <w:r w:rsidR="00322579" w:rsidRPr="00AF45A2">
        <w:rPr>
          <w:rFonts w:ascii="Arial" w:eastAsia="Arial" w:hAnsi="Arial"/>
          <w:sz w:val="24"/>
          <w:lang w:val="es-MX"/>
        </w:rPr>
        <w:t>. Bibliografía</w:t>
      </w:r>
      <w:bookmarkEnd w:id="18"/>
    </w:p>
    <w:p w:rsidR="002B7EA1" w:rsidRPr="002B7EA1" w:rsidRDefault="002B7EA1" w:rsidP="002B7EA1">
      <w:pPr>
        <w:pStyle w:val="NormalWeb"/>
        <w:jc w:val="both"/>
        <w:rPr>
          <w:rFonts w:ascii="Arial" w:hAnsi="Arial" w:cs="Arial"/>
          <w:lang w:val="es-MX"/>
        </w:rPr>
      </w:pPr>
      <w:r w:rsidRPr="002B7EA1">
        <w:rPr>
          <w:rFonts w:ascii="Arial" w:hAnsi="Arial" w:cs="Arial"/>
          <w:lang w:val="es-MX"/>
        </w:rPr>
        <w:t xml:space="preserve">Instituto Nacional de Estadística e Informática. (2018). </w:t>
      </w:r>
      <w:r w:rsidRPr="002B7EA1">
        <w:rPr>
          <w:rStyle w:val="nfasis"/>
          <w:rFonts w:ascii="Arial" w:hAnsi="Arial" w:cs="Arial"/>
          <w:lang w:val="es-MX"/>
        </w:rPr>
        <w:t>Perú: Perfil sociodemográfico</w:t>
      </w:r>
      <w:r>
        <w:rPr>
          <w:rFonts w:ascii="Arial" w:hAnsi="Arial" w:cs="Arial"/>
          <w:lang w:val="es-MX"/>
        </w:rPr>
        <w:t xml:space="preserve">. INEI. </w:t>
      </w:r>
      <w:hyperlink r:id="rId15" w:history="1">
        <w:r w:rsidRPr="00E94B03">
          <w:rPr>
            <w:rStyle w:val="Hipervnculo"/>
            <w:rFonts w:ascii="Arial" w:hAnsi="Arial" w:cs="Arial"/>
            <w:lang w:val="es-MX"/>
          </w:rPr>
          <w:t>https://www.inei.gob.pe/media/MenuRecursivo/publicaciones_digitales/Est/Lib1539/</w:t>
        </w:r>
      </w:hyperlink>
    </w:p>
    <w:p w:rsidR="002B7EA1" w:rsidRPr="002B7EA1" w:rsidRDefault="002B7EA1" w:rsidP="002B7EA1">
      <w:pPr>
        <w:pStyle w:val="NormalWeb"/>
        <w:jc w:val="both"/>
        <w:rPr>
          <w:rFonts w:ascii="Arial" w:hAnsi="Arial" w:cs="Arial"/>
          <w:lang w:val="es-MX"/>
        </w:rPr>
      </w:pPr>
      <w:r w:rsidRPr="002B7EA1">
        <w:rPr>
          <w:rFonts w:ascii="Arial" w:hAnsi="Arial" w:cs="Arial"/>
          <w:lang w:val="es-MX"/>
        </w:rPr>
        <w:t xml:space="preserve">Ministerio del Ambiente. (2019). </w:t>
      </w:r>
      <w:r w:rsidRPr="002B7EA1">
        <w:rPr>
          <w:rStyle w:val="nfasis"/>
          <w:rFonts w:ascii="Arial" w:hAnsi="Arial" w:cs="Arial"/>
          <w:lang w:val="es-MX"/>
        </w:rPr>
        <w:t>Sexto informe nacional sobre diversidad biológica</w:t>
      </w:r>
      <w:r w:rsidRPr="002B7EA1">
        <w:rPr>
          <w:rFonts w:ascii="Arial" w:hAnsi="Arial" w:cs="Arial"/>
          <w:lang w:val="es-MX"/>
        </w:rPr>
        <w:t xml:space="preserve">. MINAM. </w:t>
      </w:r>
      <w:hyperlink r:id="rId16" w:tgtFrame="_new" w:history="1">
        <w:r w:rsidRPr="002B7EA1">
          <w:rPr>
            <w:rStyle w:val="Hipervnculo"/>
            <w:rFonts w:ascii="Arial" w:hAnsi="Arial" w:cs="Arial"/>
            <w:lang w:val="es-MX"/>
          </w:rPr>
          <w:t>https://www.gob.pe/institucion/minam/informes-publicaciones/281709-sexto-informe-nacional-sobre-diversidad-biologica</w:t>
        </w:r>
      </w:hyperlink>
    </w:p>
    <w:p w:rsidR="002B7EA1" w:rsidRPr="002B7EA1" w:rsidRDefault="002B7EA1" w:rsidP="002B7EA1">
      <w:pPr>
        <w:pStyle w:val="NormalWeb"/>
        <w:jc w:val="both"/>
        <w:rPr>
          <w:rFonts w:ascii="Arial" w:hAnsi="Arial" w:cs="Arial"/>
        </w:rPr>
      </w:pPr>
      <w:r w:rsidRPr="002B7EA1">
        <w:rPr>
          <w:rFonts w:ascii="Arial" w:hAnsi="Arial" w:cs="Arial"/>
          <w:lang w:val="es-MX"/>
        </w:rPr>
        <w:t xml:space="preserve">Plataforma del Estado Peruano. (2022). </w:t>
      </w:r>
      <w:r w:rsidRPr="002B7EA1">
        <w:rPr>
          <w:rStyle w:val="nfasis"/>
          <w:rFonts w:ascii="Arial" w:hAnsi="Arial" w:cs="Arial"/>
          <w:lang w:val="es-MX"/>
        </w:rPr>
        <w:t>Regiones del Perú</w:t>
      </w:r>
      <w:r w:rsidRPr="002B7EA1">
        <w:rPr>
          <w:rFonts w:ascii="Arial" w:hAnsi="Arial" w:cs="Arial"/>
          <w:lang w:val="es-MX"/>
        </w:rPr>
        <w:t xml:space="preserve">. Gob.pe. </w:t>
      </w:r>
      <w:hyperlink r:id="rId17" w:tgtFrame="_new" w:history="1">
        <w:r w:rsidRPr="002B7EA1">
          <w:rPr>
            <w:rStyle w:val="Hipervnculo"/>
            <w:rFonts w:ascii="Arial" w:hAnsi="Arial" w:cs="Arial"/>
          </w:rPr>
          <w:t>https://www.gob.pe/institucion/corpac/informes-publicaciones/3612934-regiones-del-peru</w:t>
        </w:r>
      </w:hyperlink>
    </w:p>
    <w:p w:rsidR="002B7EA1" w:rsidRPr="002B7EA1" w:rsidRDefault="002B7EA1" w:rsidP="002B7EA1">
      <w:pPr>
        <w:pStyle w:val="NormalWeb"/>
        <w:jc w:val="both"/>
        <w:rPr>
          <w:rFonts w:ascii="Arial" w:hAnsi="Arial" w:cs="Arial"/>
          <w:lang w:val="es-MX"/>
        </w:rPr>
      </w:pPr>
      <w:r w:rsidRPr="002B7EA1">
        <w:rPr>
          <w:rFonts w:ascii="Arial" w:hAnsi="Arial" w:cs="Arial"/>
          <w:lang w:val="es-MX"/>
        </w:rPr>
        <w:t xml:space="preserve">Pulgar Vidal, J. (2014). </w:t>
      </w:r>
      <w:r w:rsidRPr="002B7EA1">
        <w:rPr>
          <w:rStyle w:val="nfasis"/>
          <w:rFonts w:ascii="Arial" w:hAnsi="Arial" w:cs="Arial"/>
          <w:lang w:val="es-MX"/>
        </w:rPr>
        <w:t>Las ocho regiones naturales del Perú</w:t>
      </w:r>
      <w:r w:rsidRPr="002B7EA1">
        <w:rPr>
          <w:rFonts w:ascii="Arial" w:hAnsi="Arial" w:cs="Arial"/>
          <w:lang w:val="es-MX"/>
        </w:rPr>
        <w:t>. Editorial Universitaria.</w:t>
      </w:r>
    </w:p>
    <w:p w:rsidR="002B7EA1" w:rsidRPr="002B7EA1" w:rsidRDefault="002B7EA1" w:rsidP="002B7EA1">
      <w:pPr>
        <w:pStyle w:val="NormalWeb"/>
        <w:jc w:val="both"/>
        <w:rPr>
          <w:rFonts w:ascii="Arial" w:hAnsi="Arial" w:cs="Arial"/>
        </w:rPr>
      </w:pPr>
      <w:r w:rsidRPr="002B7EA1">
        <w:rPr>
          <w:rFonts w:ascii="Arial" w:hAnsi="Arial" w:cs="Arial"/>
          <w:lang w:val="es-MX"/>
        </w:rPr>
        <w:t xml:space="preserve">Sistema Nacional de Información Ambiental. (s. f.). </w:t>
      </w:r>
      <w:r w:rsidRPr="002B7EA1">
        <w:rPr>
          <w:rStyle w:val="nfasis"/>
          <w:rFonts w:ascii="Arial" w:hAnsi="Arial" w:cs="Arial"/>
          <w:lang w:val="es-MX"/>
        </w:rPr>
        <w:t>Diversidad biológica</w:t>
      </w:r>
      <w:r w:rsidRPr="002B7EA1">
        <w:rPr>
          <w:rFonts w:ascii="Arial" w:hAnsi="Arial" w:cs="Arial"/>
          <w:lang w:val="es-MX"/>
        </w:rPr>
        <w:t xml:space="preserve">. SINIA - Ministerio del Ambiente. </w:t>
      </w:r>
      <w:hyperlink r:id="rId18" w:tgtFrame="_new" w:history="1">
        <w:r w:rsidRPr="002B7EA1">
          <w:rPr>
            <w:rStyle w:val="Hipervnculo"/>
            <w:rFonts w:ascii="Arial" w:hAnsi="Arial" w:cs="Arial"/>
          </w:rPr>
          <w:t>https://sinia.minam.gob.pe/sites/default/files/sinia/archivos/public/docs/diversidadbiologica.pdf</w:t>
        </w:r>
      </w:hyperlink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2"/>
      </w:tblGrid>
      <w:tr w:rsidR="00E16A7A" w:rsidRPr="003D02A4">
        <w:trPr>
          <w:jc w:val="center"/>
        </w:trPr>
        <w:tc>
          <w:tcPr>
            <w:tcW w:w="9072" w:type="dxa"/>
            <w:tcBorders>
              <w:top w:val="single" w:sz="8" w:space="0" w:color="D9C27E"/>
              <w:left w:val="single" w:sz="8" w:space="0" w:color="D9C27E"/>
              <w:bottom w:val="single" w:sz="8" w:space="0" w:color="D9C27E"/>
              <w:right w:val="single" w:sz="8" w:space="0" w:color="D9C27E"/>
            </w:tcBorders>
            <w:shd w:val="clear" w:color="auto" w:fill="FFF8E8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A07F28" w:rsidRPr="00A07F28" w:rsidRDefault="00A07F28" w:rsidP="00A07F28">
            <w:pPr>
              <w:spacing w:after="0"/>
              <w:jc w:val="both"/>
              <w:rPr>
                <w:b/>
                <w:color w:val="005B7F"/>
                <w:lang w:val="es-MX"/>
              </w:rPr>
            </w:pPr>
            <w:r w:rsidRPr="00AF45A2">
              <w:rPr>
                <w:b/>
                <w:color w:val="005B7F"/>
                <w:lang w:val="es-MX"/>
              </w:rPr>
              <w:t>Recomendaci</w:t>
            </w:r>
            <w:r>
              <w:rPr>
                <w:b/>
                <w:color w:val="005B7F"/>
                <w:lang w:val="es-MX"/>
              </w:rPr>
              <w:t>ones</w:t>
            </w:r>
            <w:r w:rsidRPr="00A07F28">
              <w:rPr>
                <w:b/>
                <w:color w:val="005B7F"/>
                <w:lang w:val="es-MX"/>
              </w:rPr>
              <w:t xml:space="preserve"> </w:t>
            </w:r>
            <w:r>
              <w:rPr>
                <w:b/>
                <w:color w:val="005B7F"/>
                <w:lang w:val="es-MX"/>
              </w:rPr>
              <w:t>para la bibliografía</w:t>
            </w:r>
          </w:p>
          <w:p w:rsidR="00A07F28" w:rsidRDefault="00A07F28" w:rsidP="00E528F3">
            <w:pPr>
              <w:spacing w:after="0"/>
              <w:jc w:val="both"/>
              <w:rPr>
                <w:lang w:val="es-MX"/>
              </w:rPr>
            </w:pPr>
            <w:r w:rsidRPr="00A07F28">
              <w:rPr>
                <w:lang w:val="es-MX"/>
              </w:rPr>
              <w:t>Todas las fuentes usadas</w:t>
            </w:r>
            <w:r>
              <w:rPr>
                <w:lang w:val="es-MX"/>
              </w:rPr>
              <w:t xml:space="preserve"> en el trabajo</w:t>
            </w:r>
            <w:r w:rsidRPr="00A07F28">
              <w:rPr>
                <w:lang w:val="es-MX"/>
              </w:rPr>
              <w:t xml:space="preserve"> deben aparecer en la bibliografía.</w:t>
            </w:r>
            <w:r>
              <w:rPr>
                <w:lang w:val="es-MX"/>
              </w:rPr>
              <w:t xml:space="preserve"> </w:t>
            </w:r>
          </w:p>
          <w:p w:rsidR="00E16A7A" w:rsidRPr="00AF45A2" w:rsidRDefault="002B7EA1" w:rsidP="00E528F3">
            <w:pPr>
              <w:spacing w:after="0"/>
              <w:jc w:val="both"/>
              <w:rPr>
                <w:lang w:val="es-MX"/>
              </w:rPr>
            </w:pPr>
            <w:r w:rsidRPr="00A07F28">
              <w:rPr>
                <w:rFonts w:ascii="Segoe UI Symbol" w:hAnsi="Segoe UI Symbol" w:cs="Segoe UI Symbol"/>
                <w:lang w:val="es-MX"/>
              </w:rPr>
              <w:t>✅</w:t>
            </w:r>
            <w:r w:rsidR="00B51021">
              <w:rPr>
                <w:rFonts w:ascii="Segoe UI Symbol" w:hAnsi="Segoe UI Symbol" w:cs="Segoe UI Symbol"/>
                <w:lang w:val="es-MX"/>
              </w:rPr>
              <w:t xml:space="preserve"> </w:t>
            </w:r>
            <w:r w:rsidR="00E528F3" w:rsidRPr="00E528F3">
              <w:rPr>
                <w:lang w:val="es-MX"/>
              </w:rPr>
              <w:t>Cuando uses información</w:t>
            </w:r>
            <w:r w:rsidR="00E528F3">
              <w:rPr>
                <w:lang w:val="es-MX"/>
              </w:rPr>
              <w:t xml:space="preserve"> de una fuente</w:t>
            </w:r>
            <w:r w:rsidR="00E528F3" w:rsidRPr="00E528F3">
              <w:rPr>
                <w:lang w:val="es-MX"/>
              </w:rPr>
              <w:t>, p</w:t>
            </w:r>
            <w:r w:rsidR="00A07F28" w:rsidRPr="00A07F28">
              <w:rPr>
                <w:lang w:val="es-MX"/>
              </w:rPr>
              <w:t xml:space="preserve">uedes </w:t>
            </w:r>
            <w:r w:rsidR="00E528F3">
              <w:rPr>
                <w:lang w:val="es-MX"/>
              </w:rPr>
              <w:t>mencionarla</w:t>
            </w:r>
            <w:r w:rsidR="00E528F3" w:rsidRPr="00E528F3">
              <w:rPr>
                <w:lang w:val="es-MX"/>
              </w:rPr>
              <w:t xml:space="preserve"> dentro del texto con frases como</w:t>
            </w:r>
            <w:r w:rsidR="00A07F28" w:rsidRPr="00A07F28">
              <w:rPr>
                <w:lang w:val="es-MX"/>
              </w:rPr>
              <w:t xml:space="preserve">: </w:t>
            </w:r>
            <w:r w:rsidR="00A07F28" w:rsidRPr="00A07F28">
              <w:rPr>
                <w:b/>
                <w:bCs/>
                <w:lang w:val="es-MX"/>
              </w:rPr>
              <w:t>“Según el Ministerio del…”</w:t>
            </w:r>
            <w:r w:rsidR="00A07F28" w:rsidRPr="00A07F28">
              <w:rPr>
                <w:lang w:val="es-MX"/>
              </w:rPr>
              <w:t xml:space="preserve"> o </w:t>
            </w:r>
            <w:r w:rsidR="00A07F28" w:rsidRPr="00A07F28">
              <w:rPr>
                <w:b/>
                <w:bCs/>
                <w:lang w:val="es-MX"/>
              </w:rPr>
              <w:t>“De acuerdo con el INEI…”</w:t>
            </w:r>
            <w:r w:rsidR="00E528F3">
              <w:rPr>
                <w:lang w:val="es-MX"/>
              </w:rPr>
              <w:t>.</w:t>
            </w:r>
          </w:p>
        </w:tc>
      </w:tr>
    </w:tbl>
    <w:p w:rsidR="00E16A7A" w:rsidRPr="00AF45A2" w:rsidRDefault="00E16A7A">
      <w:pPr>
        <w:spacing w:after="160"/>
        <w:rPr>
          <w:lang w:val="es-MX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2"/>
      </w:tblGrid>
      <w:tr w:rsidR="00A07F28" w:rsidRPr="00B51021" w:rsidTr="00E845F7">
        <w:trPr>
          <w:jc w:val="center"/>
        </w:trPr>
        <w:tc>
          <w:tcPr>
            <w:tcW w:w="9072" w:type="dxa"/>
            <w:tcBorders>
              <w:top w:val="single" w:sz="8" w:space="0" w:color="D9C27E"/>
              <w:left w:val="single" w:sz="8" w:space="0" w:color="D9C27E"/>
              <w:bottom w:val="single" w:sz="8" w:space="0" w:color="D9C27E"/>
              <w:right w:val="single" w:sz="8" w:space="0" w:color="D9C27E"/>
            </w:tcBorders>
            <w:shd w:val="clear" w:color="auto" w:fill="FFF8E8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A07F28" w:rsidRPr="00A07F28" w:rsidRDefault="00322579" w:rsidP="00E845F7">
            <w:pPr>
              <w:spacing w:after="0"/>
              <w:rPr>
                <w:b/>
                <w:color w:val="005B7F"/>
                <w:lang w:val="es-MX"/>
              </w:rPr>
            </w:pPr>
            <w:r w:rsidRPr="00AF45A2">
              <w:rPr>
                <w:lang w:val="es-MX"/>
              </w:rPr>
              <w:br w:type="page"/>
            </w:r>
            <w:r w:rsidR="00A07F28" w:rsidRPr="00AF45A2">
              <w:rPr>
                <w:b/>
                <w:color w:val="005B7F"/>
                <w:lang w:val="es-MX"/>
              </w:rPr>
              <w:t>Cómo citar correctamente</w:t>
            </w:r>
          </w:p>
          <w:p w:rsidR="00A07F28" w:rsidRPr="00B51021" w:rsidRDefault="002B7EA1" w:rsidP="002B7EA1">
            <w:pPr>
              <w:spacing w:after="0"/>
              <w:rPr>
                <w:b/>
                <w:color w:val="005B7F"/>
                <w:lang w:val="es-MX"/>
              </w:rPr>
            </w:pPr>
            <w:r w:rsidRPr="00B51021">
              <w:rPr>
                <w:b/>
                <w:color w:val="005B7F"/>
                <w:lang w:val="es-MX"/>
              </w:rPr>
              <w:t>U</w:t>
            </w:r>
            <w:r w:rsidR="00A07F28" w:rsidRPr="00B51021">
              <w:rPr>
                <w:b/>
                <w:color w:val="005B7F"/>
                <w:lang w:val="es-MX"/>
              </w:rPr>
              <w:t>na página web</w:t>
            </w:r>
          </w:p>
          <w:p w:rsidR="00A07F28" w:rsidRPr="00A07F28" w:rsidRDefault="00A07F28" w:rsidP="002B7EA1">
            <w:pPr>
              <w:spacing w:after="0"/>
              <w:rPr>
                <w:lang w:val="es-MX"/>
              </w:rPr>
            </w:pPr>
            <w:r w:rsidRPr="00A07F28">
              <w:rPr>
                <w:lang w:val="es-MX"/>
              </w:rPr>
              <w:t xml:space="preserve">Coloca: autor o institución, año, título, sitio web y enlace. Si no tiene fecha, usa </w:t>
            </w:r>
            <w:r w:rsidRPr="00A07F28">
              <w:rPr>
                <w:b/>
                <w:bCs/>
                <w:lang w:val="es-MX"/>
              </w:rPr>
              <w:t>“s. f.”</w:t>
            </w:r>
            <w:r w:rsidRPr="00A07F28">
              <w:rPr>
                <w:lang w:val="es-MX"/>
              </w:rPr>
              <w:t xml:space="preserve">, que significa </w:t>
            </w:r>
            <w:r w:rsidRPr="00A07F28">
              <w:rPr>
                <w:b/>
                <w:bCs/>
                <w:lang w:val="es-MX"/>
              </w:rPr>
              <w:t>sin fecha</w:t>
            </w:r>
            <w:r w:rsidRPr="00A07F28">
              <w:rPr>
                <w:lang w:val="es-MX"/>
              </w:rPr>
              <w:t>.</w:t>
            </w:r>
            <w:r w:rsidRPr="00A07F28">
              <w:rPr>
                <w:lang w:val="es-MX"/>
              </w:rPr>
              <w:br/>
            </w:r>
            <w:r w:rsidRPr="00A07F28">
              <w:rPr>
                <w:b/>
                <w:bCs/>
                <w:lang w:val="es-MX"/>
              </w:rPr>
              <w:t>Ejemplo:</w:t>
            </w:r>
            <w:r w:rsidRPr="00A07F28">
              <w:rPr>
                <w:lang w:val="es-MX"/>
              </w:rPr>
              <w:t xml:space="preserve"> Ministerio del Ambiente. (s. f.). </w:t>
            </w:r>
            <w:r w:rsidRPr="00A07F28">
              <w:rPr>
                <w:i/>
                <w:iCs/>
                <w:lang w:val="es-MX"/>
              </w:rPr>
              <w:t>Diversidad biológica del Perú</w:t>
            </w:r>
            <w:r w:rsidRPr="00A07F28">
              <w:rPr>
                <w:lang w:val="es-MX"/>
              </w:rPr>
              <w:t>. Plataforma institucional del MINAM. Enlace completo.</w:t>
            </w:r>
          </w:p>
          <w:p w:rsidR="00A07F28" w:rsidRPr="00B51021" w:rsidRDefault="002B7EA1" w:rsidP="002B7EA1">
            <w:pPr>
              <w:spacing w:after="0"/>
              <w:rPr>
                <w:b/>
                <w:color w:val="005B7F"/>
                <w:lang w:val="es-MX"/>
              </w:rPr>
            </w:pPr>
            <w:r w:rsidRPr="00B51021">
              <w:rPr>
                <w:b/>
                <w:color w:val="005B7F"/>
                <w:lang w:val="es-MX"/>
              </w:rPr>
              <w:t>U</w:t>
            </w:r>
            <w:r w:rsidR="00A07F28" w:rsidRPr="00B51021">
              <w:rPr>
                <w:b/>
                <w:color w:val="005B7F"/>
                <w:lang w:val="es-MX"/>
              </w:rPr>
              <w:t>n libro</w:t>
            </w:r>
          </w:p>
          <w:p w:rsidR="00A07F28" w:rsidRPr="00A07F28" w:rsidRDefault="00A07F28" w:rsidP="002B7EA1">
            <w:pPr>
              <w:spacing w:after="0"/>
              <w:rPr>
                <w:lang w:val="es-MX"/>
              </w:rPr>
            </w:pPr>
            <w:r w:rsidRPr="00A07F28">
              <w:rPr>
                <w:lang w:val="es-MX"/>
              </w:rPr>
              <w:t>Coloca: apellido del autor, inicial del nombre, año, título y editorial.</w:t>
            </w:r>
            <w:r w:rsidRPr="00A07F28">
              <w:rPr>
                <w:lang w:val="es-MX"/>
              </w:rPr>
              <w:br/>
            </w:r>
            <w:r w:rsidRPr="00A07F28">
              <w:rPr>
                <w:b/>
                <w:bCs/>
                <w:lang w:val="es-MX"/>
              </w:rPr>
              <w:t>Ejemplo:</w:t>
            </w:r>
            <w:r w:rsidRPr="00A07F28">
              <w:rPr>
                <w:lang w:val="es-MX"/>
              </w:rPr>
              <w:t xml:space="preserve"> Pulgar Vidal, J. (2014). </w:t>
            </w:r>
            <w:r w:rsidRPr="00A07F28">
              <w:rPr>
                <w:i/>
                <w:iCs/>
                <w:lang w:val="es-MX"/>
              </w:rPr>
              <w:t>Las ocho regiones naturales del Perú</w:t>
            </w:r>
            <w:r w:rsidRPr="00A07F28">
              <w:rPr>
                <w:lang w:val="es-MX"/>
              </w:rPr>
              <w:t>. Editorial Universitaria.</w:t>
            </w:r>
          </w:p>
          <w:p w:rsidR="00A07F28" w:rsidRPr="00B51021" w:rsidRDefault="002B7EA1" w:rsidP="002B7EA1">
            <w:pPr>
              <w:spacing w:after="0"/>
              <w:rPr>
                <w:b/>
                <w:color w:val="005B7F"/>
                <w:lang w:val="es-MX"/>
              </w:rPr>
            </w:pPr>
            <w:r w:rsidRPr="00B51021">
              <w:rPr>
                <w:b/>
                <w:color w:val="005B7F"/>
                <w:lang w:val="es-MX"/>
              </w:rPr>
              <w:t>U</w:t>
            </w:r>
            <w:r w:rsidR="00A07F28" w:rsidRPr="00B51021">
              <w:rPr>
                <w:b/>
                <w:color w:val="005B7F"/>
                <w:lang w:val="es-MX"/>
              </w:rPr>
              <w:t>n artículo o informe</w:t>
            </w:r>
          </w:p>
          <w:p w:rsidR="00A07F28" w:rsidRPr="00AF45A2" w:rsidRDefault="00A07F28" w:rsidP="002B7EA1">
            <w:pPr>
              <w:spacing w:after="0"/>
              <w:rPr>
                <w:lang w:val="es-MX"/>
              </w:rPr>
            </w:pPr>
            <w:r w:rsidRPr="00A07F28">
              <w:rPr>
                <w:lang w:val="es-MX"/>
              </w:rPr>
              <w:t>Coloca: autor o institución, año, título, entidad o revista y enlace si corresponde.</w:t>
            </w:r>
            <w:r w:rsidRPr="00A07F28">
              <w:rPr>
                <w:lang w:val="es-MX"/>
              </w:rPr>
              <w:br/>
            </w:r>
            <w:r w:rsidRPr="00A07F28">
              <w:rPr>
                <w:b/>
                <w:bCs/>
                <w:lang w:val="es-MX"/>
              </w:rPr>
              <w:t>Ejemplo:</w:t>
            </w:r>
            <w:r w:rsidRPr="00A07F28">
              <w:rPr>
                <w:lang w:val="es-MX"/>
              </w:rPr>
              <w:t xml:space="preserve"> INEI. (2018). </w:t>
            </w:r>
            <w:r w:rsidRPr="00A07F28">
              <w:rPr>
                <w:i/>
                <w:iCs/>
                <w:lang w:val="es-MX"/>
              </w:rPr>
              <w:t>Perú: perfil sociodemográfico</w:t>
            </w:r>
            <w:r w:rsidRPr="00A07F28">
              <w:rPr>
                <w:lang w:val="es-MX"/>
              </w:rPr>
              <w:t>. INEI. Enlace completo.</w:t>
            </w:r>
          </w:p>
        </w:tc>
      </w:tr>
    </w:tbl>
    <w:p w:rsidR="00E16A7A" w:rsidRPr="00AF45A2" w:rsidRDefault="00A07F28">
      <w:pPr>
        <w:pStyle w:val="Ttulo1"/>
        <w:spacing w:before="0" w:after="200"/>
        <w:rPr>
          <w:lang w:val="es-MX"/>
        </w:rPr>
      </w:pPr>
      <w:bookmarkStart w:id="19" w:name="_Toc230856345"/>
      <w:r>
        <w:rPr>
          <w:rFonts w:ascii="Arial" w:eastAsia="Arial" w:hAnsi="Arial"/>
          <w:sz w:val="24"/>
          <w:lang w:val="es-MX"/>
        </w:rPr>
        <w:lastRenderedPageBreak/>
        <w:t>5</w:t>
      </w:r>
      <w:r w:rsidR="00322579" w:rsidRPr="00AF45A2">
        <w:rPr>
          <w:rFonts w:ascii="Arial" w:eastAsia="Arial" w:hAnsi="Arial"/>
          <w:sz w:val="24"/>
          <w:lang w:val="es-MX"/>
        </w:rPr>
        <w:t>. Anexos</w:t>
      </w:r>
      <w:bookmarkEnd w:id="19"/>
    </w:p>
    <w:p w:rsidR="001D1F91" w:rsidRDefault="00A07F28" w:rsidP="001D1F91">
      <w:pPr>
        <w:pStyle w:val="Ttulo2"/>
        <w:spacing w:after="120"/>
        <w:rPr>
          <w:rFonts w:ascii="Arial" w:eastAsia="Arial" w:hAnsi="Arial"/>
          <w:sz w:val="24"/>
          <w:lang w:val="es-MX"/>
        </w:rPr>
      </w:pPr>
      <w:bookmarkStart w:id="20" w:name="_Toc230856346"/>
      <w:r>
        <w:rPr>
          <w:rFonts w:ascii="Arial" w:eastAsia="Arial" w:hAnsi="Arial"/>
          <w:sz w:val="24"/>
          <w:lang w:val="es-MX"/>
        </w:rPr>
        <w:t>5</w:t>
      </w:r>
      <w:r w:rsidR="00322579" w:rsidRPr="00AF45A2">
        <w:rPr>
          <w:rFonts w:ascii="Arial" w:eastAsia="Arial" w:hAnsi="Arial"/>
          <w:sz w:val="24"/>
          <w:lang w:val="es-MX"/>
        </w:rPr>
        <w:t xml:space="preserve">.1 </w:t>
      </w:r>
      <w:r w:rsidR="001D1F91">
        <w:rPr>
          <w:rFonts w:ascii="Arial" w:eastAsia="Arial" w:hAnsi="Arial"/>
          <w:sz w:val="24"/>
          <w:lang w:val="es-MX"/>
        </w:rPr>
        <w:t>Anexo 1</w:t>
      </w:r>
      <w:r w:rsidR="001D1F91" w:rsidRPr="001D1F91">
        <w:rPr>
          <w:rFonts w:ascii="Arial" w:eastAsia="Arial" w:hAnsi="Arial"/>
          <w:sz w:val="24"/>
          <w:lang w:val="es-MX"/>
        </w:rPr>
        <w:t xml:space="preserve">. </w:t>
      </w:r>
      <w:r w:rsidR="00A52ECB" w:rsidRPr="00A52ECB">
        <w:rPr>
          <w:rFonts w:ascii="Arial" w:eastAsia="Arial" w:hAnsi="Arial"/>
          <w:sz w:val="24"/>
          <w:lang w:val="es-MX"/>
        </w:rPr>
        <w:t>Mapa del Perú y sus regiones naturales</w:t>
      </w:r>
      <w:bookmarkEnd w:id="20"/>
    </w:p>
    <w:p w:rsidR="00A52ECB" w:rsidRPr="00A52ECB" w:rsidRDefault="00A52ECB" w:rsidP="00A52ECB">
      <w:pPr>
        <w:jc w:val="both"/>
        <w:rPr>
          <w:lang w:val="es-MX"/>
        </w:rPr>
      </w:pPr>
      <w:r w:rsidRPr="00A52ECB">
        <w:rPr>
          <w:lang w:val="es-MX"/>
        </w:rPr>
        <w:t>Este anexo presenta un mapa del Perú que facilita la comprensión de la distribución geográfica del territorio peruano.</w:t>
      </w:r>
    </w:p>
    <w:p w:rsidR="00A50A83" w:rsidRPr="00A50A83" w:rsidRDefault="0089649F" w:rsidP="00A50A83">
      <w:pPr>
        <w:keepNext/>
        <w:jc w:val="center"/>
      </w:pPr>
      <w:r w:rsidRPr="00A50A83">
        <w:rPr>
          <w:noProof/>
        </w:rPr>
        <w:drawing>
          <wp:inline distT="0" distB="0" distL="0" distR="0" wp14:anchorId="1ECD2B9F" wp14:editId="400F29D6">
            <wp:extent cx="4385469" cy="3289465"/>
            <wp:effectExtent l="0" t="0" r="0" b="6350"/>
            <wp:docPr id="11" name="Imagen 11" descr="C:\Users\USER\Downloads\35f40e9b-b7d8-4734-b63d-8c772a2c3c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35f40e9b-b7d8-4734-b63d-8c772a2c3c4a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271" cy="330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49F" w:rsidRPr="00A50A83" w:rsidRDefault="00A50A83" w:rsidP="00A50A83">
      <w:pPr>
        <w:pStyle w:val="Descripcin"/>
        <w:jc w:val="center"/>
        <w:rPr>
          <w:color w:val="auto"/>
          <w:lang w:val="es-MX"/>
        </w:rPr>
      </w:pPr>
      <w:r w:rsidRPr="00A50A83">
        <w:rPr>
          <w:color w:val="auto"/>
          <w:lang w:val="es-MX"/>
        </w:rPr>
        <w:t xml:space="preserve">Figura A </w:t>
      </w:r>
      <w:r w:rsidRPr="00A50A83">
        <w:rPr>
          <w:color w:val="auto"/>
        </w:rPr>
        <w:fldChar w:fldCharType="begin"/>
      </w:r>
      <w:r w:rsidRPr="00A50A83">
        <w:rPr>
          <w:color w:val="auto"/>
          <w:lang w:val="es-MX"/>
        </w:rPr>
        <w:instrText xml:space="preserve"> SEQ Figura_A \* ARABIC </w:instrText>
      </w:r>
      <w:r w:rsidRPr="00A50A83">
        <w:rPr>
          <w:color w:val="auto"/>
        </w:rPr>
        <w:fldChar w:fldCharType="separate"/>
      </w:r>
      <w:r w:rsidRPr="00A50A83">
        <w:rPr>
          <w:noProof/>
          <w:color w:val="auto"/>
          <w:lang w:val="es-MX"/>
        </w:rPr>
        <w:t>1</w:t>
      </w:r>
      <w:r w:rsidRPr="00A50A83">
        <w:rPr>
          <w:color w:val="auto"/>
        </w:rPr>
        <w:fldChar w:fldCharType="end"/>
      </w:r>
      <w:r w:rsidRPr="00A50A83">
        <w:rPr>
          <w:color w:val="auto"/>
          <w:lang w:val="es-MX"/>
        </w:rPr>
        <w:t xml:space="preserve"> Mapa del Perú y sus regiones naturales</w:t>
      </w:r>
    </w:p>
    <w:tbl>
      <w:tblPr>
        <w:tblpPr w:leftFromText="180" w:rightFromText="180" w:vertAnchor="text" w:horzAnchor="margin" w:tblpY="561"/>
        <w:tblW w:w="9496" w:type="dxa"/>
        <w:tblLook w:val="04A0" w:firstRow="1" w:lastRow="0" w:firstColumn="1" w:lastColumn="0" w:noHBand="0" w:noVBand="1"/>
      </w:tblPr>
      <w:tblGrid>
        <w:gridCol w:w="9496"/>
      </w:tblGrid>
      <w:tr w:rsidR="00A50A83" w:rsidRPr="003D02A4" w:rsidTr="00B51021">
        <w:trPr>
          <w:trHeight w:val="974"/>
        </w:trPr>
        <w:tc>
          <w:tcPr>
            <w:tcW w:w="9496" w:type="dxa"/>
            <w:tcBorders>
              <w:top w:val="single" w:sz="8" w:space="0" w:color="D9C27E"/>
              <w:left w:val="single" w:sz="8" w:space="0" w:color="D9C27E"/>
              <w:bottom w:val="single" w:sz="8" w:space="0" w:color="D9C27E"/>
              <w:right w:val="single" w:sz="8" w:space="0" w:color="D9C27E"/>
            </w:tcBorders>
            <w:shd w:val="clear" w:color="auto" w:fill="FFF8E8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A50A83" w:rsidRPr="00AF45A2" w:rsidRDefault="00A50A83" w:rsidP="00A50A83">
            <w:pPr>
              <w:spacing w:after="0"/>
              <w:rPr>
                <w:lang w:val="es-MX"/>
              </w:rPr>
            </w:pPr>
            <w:r>
              <w:rPr>
                <w:b/>
                <w:color w:val="005B7F"/>
                <w:lang w:val="es-MX"/>
              </w:rPr>
              <w:t>Fuente</w:t>
            </w:r>
          </w:p>
          <w:p w:rsidR="00A50A83" w:rsidRPr="00A50A83" w:rsidRDefault="00A50A83" w:rsidP="00A50A83">
            <w:pPr>
              <w:rPr>
                <w:lang w:val="es-MX"/>
              </w:rPr>
            </w:pPr>
            <w:r>
              <w:rPr>
                <w:lang w:val="es-MX"/>
              </w:rPr>
              <w:t>I</w:t>
            </w:r>
            <w:r w:rsidRPr="00A50A83">
              <w:rPr>
                <w:lang w:val="es-MX"/>
              </w:rPr>
              <w:t>ndic</w:t>
            </w:r>
            <w:r>
              <w:rPr>
                <w:lang w:val="es-MX"/>
              </w:rPr>
              <w:t>ar de dónde se obtuvo la imagen,</w:t>
            </w:r>
            <w:r w:rsidRPr="00544888">
              <w:rPr>
                <w:lang w:val="es-MX"/>
              </w:rPr>
              <w:t xml:space="preserve"> si fue t</w:t>
            </w:r>
            <w:r>
              <w:rPr>
                <w:lang w:val="es-MX"/>
              </w:rPr>
              <w:t>omado de una página web, libro, etc</w:t>
            </w:r>
            <w:r w:rsidRPr="00544888">
              <w:rPr>
                <w:lang w:val="es-MX"/>
              </w:rPr>
              <w:t xml:space="preserve">. Si </w:t>
            </w:r>
            <w:r>
              <w:rPr>
                <w:lang w:val="es-MX"/>
              </w:rPr>
              <w:t>la imagen</w:t>
            </w:r>
            <w:r w:rsidRPr="00544888">
              <w:rPr>
                <w:lang w:val="es-MX"/>
              </w:rPr>
              <w:t xml:space="preserve"> fue elaborad</w:t>
            </w:r>
            <w:r>
              <w:rPr>
                <w:lang w:val="es-MX"/>
              </w:rPr>
              <w:t>a</w:t>
            </w:r>
            <w:r w:rsidRPr="00544888">
              <w:rPr>
                <w:lang w:val="es-MX"/>
              </w:rPr>
              <w:t xml:space="preserve"> por el estudiante, escribir: </w:t>
            </w:r>
            <w:r w:rsidRPr="00B51021">
              <w:rPr>
                <w:i/>
                <w:lang w:val="es-MX"/>
              </w:rPr>
              <w:t>Elaboración propia.</w:t>
            </w:r>
            <w:r>
              <w:rPr>
                <w:lang w:val="es-MX"/>
              </w:rPr>
              <w:t xml:space="preserve"> </w:t>
            </w:r>
          </w:p>
        </w:tc>
      </w:tr>
    </w:tbl>
    <w:p w:rsidR="001D1F91" w:rsidRDefault="0089649F" w:rsidP="00A50A83">
      <w:pPr>
        <w:jc w:val="center"/>
        <w:rPr>
          <w:i/>
          <w:sz w:val="22"/>
          <w:lang w:val="es-MX"/>
        </w:rPr>
      </w:pPr>
      <w:r w:rsidRPr="00A50A83">
        <w:rPr>
          <w:i/>
          <w:sz w:val="22"/>
          <w:lang w:val="es-MX"/>
        </w:rPr>
        <w:t xml:space="preserve">Fuente. </w:t>
      </w:r>
      <w:r w:rsidR="00A50A83" w:rsidRPr="00A50A83">
        <w:rPr>
          <w:i/>
          <w:sz w:val="22"/>
          <w:lang w:val="es-MX"/>
        </w:rPr>
        <w:t>Elaboración</w:t>
      </w:r>
      <w:r w:rsidRPr="00A50A83">
        <w:rPr>
          <w:i/>
          <w:sz w:val="22"/>
          <w:lang w:val="es-MX"/>
        </w:rPr>
        <w:t xml:space="preserve"> propia</w:t>
      </w:r>
    </w:p>
    <w:p w:rsidR="00A50A83" w:rsidRPr="001D1F91" w:rsidRDefault="00A50A83" w:rsidP="00A50A83">
      <w:pPr>
        <w:jc w:val="center"/>
        <w:rPr>
          <w:lang w:val="es-MX"/>
        </w:rPr>
      </w:pPr>
    </w:p>
    <w:tbl>
      <w:tblPr>
        <w:tblpPr w:leftFromText="180" w:rightFromText="180" w:vertAnchor="text" w:horzAnchor="margin" w:tblpY="186"/>
        <w:tblW w:w="9496" w:type="dxa"/>
        <w:tblLook w:val="04A0" w:firstRow="1" w:lastRow="0" w:firstColumn="1" w:lastColumn="0" w:noHBand="0" w:noVBand="1"/>
      </w:tblPr>
      <w:tblGrid>
        <w:gridCol w:w="9496"/>
      </w:tblGrid>
      <w:tr w:rsidR="00A50A83" w:rsidRPr="003D02A4" w:rsidTr="00A50A83">
        <w:trPr>
          <w:trHeight w:val="2746"/>
        </w:trPr>
        <w:tc>
          <w:tcPr>
            <w:tcW w:w="9496" w:type="dxa"/>
            <w:tcBorders>
              <w:top w:val="single" w:sz="8" w:space="0" w:color="D9C27E"/>
              <w:left w:val="single" w:sz="8" w:space="0" w:color="D9C27E"/>
              <w:bottom w:val="single" w:sz="8" w:space="0" w:color="D9C27E"/>
              <w:right w:val="single" w:sz="8" w:space="0" w:color="D9C27E"/>
            </w:tcBorders>
            <w:shd w:val="clear" w:color="auto" w:fill="FFF8E8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:rsidR="00A50A83" w:rsidRPr="00AF45A2" w:rsidRDefault="00A50A83" w:rsidP="00A50A83">
            <w:pPr>
              <w:spacing w:after="0"/>
              <w:rPr>
                <w:lang w:val="es-MX"/>
              </w:rPr>
            </w:pPr>
            <w:r>
              <w:rPr>
                <w:b/>
                <w:color w:val="005B7F"/>
                <w:lang w:val="es-MX"/>
              </w:rPr>
              <w:t>Que son los</w:t>
            </w:r>
            <w:r w:rsidRPr="00AF45A2">
              <w:rPr>
                <w:b/>
                <w:color w:val="005B7F"/>
                <w:lang w:val="es-MX"/>
              </w:rPr>
              <w:t xml:space="preserve"> anexos</w:t>
            </w:r>
          </w:p>
          <w:p w:rsidR="00A50A83" w:rsidRPr="00B51021" w:rsidRDefault="00B51021" w:rsidP="00A50A83">
            <w:pPr>
              <w:jc w:val="both"/>
              <w:rPr>
                <w:b/>
                <w:lang w:val="es-MX"/>
              </w:rPr>
            </w:pPr>
            <w:r>
              <w:rPr>
                <w:lang w:val="es-MX"/>
              </w:rPr>
              <w:t>S</w:t>
            </w:r>
            <w:r w:rsidR="00A50A83" w:rsidRPr="00CF460C">
              <w:rPr>
                <w:lang w:val="es-MX"/>
              </w:rPr>
              <w:t xml:space="preserve">on materiales complementarios que ayudan a ampliar o </w:t>
            </w:r>
            <w:r w:rsidR="00A50A83" w:rsidRPr="00106899">
              <w:rPr>
                <w:lang w:val="es-MX"/>
              </w:rPr>
              <w:t>respal</w:t>
            </w:r>
            <w:r w:rsidR="00A50A83">
              <w:rPr>
                <w:lang w:val="es-MX"/>
              </w:rPr>
              <w:t>dar</w:t>
            </w:r>
            <w:r w:rsidR="00A50A83" w:rsidRPr="00106899">
              <w:rPr>
                <w:lang w:val="es-MX"/>
              </w:rPr>
              <w:t xml:space="preserve"> la información presentada</w:t>
            </w:r>
            <w:r w:rsidR="00A50A83" w:rsidRPr="00CF460C">
              <w:rPr>
                <w:lang w:val="es-MX"/>
              </w:rPr>
              <w:t xml:space="preserve">, como imágenes, mapas, fichas, capturas o documentos relacionados con el tema. </w:t>
            </w:r>
            <w:r w:rsidR="00A50A83" w:rsidRPr="00B51021">
              <w:rPr>
                <w:b/>
                <w:lang w:val="es-MX"/>
              </w:rPr>
              <w:t>No reemplazan el desarrollo principal.</w:t>
            </w:r>
          </w:p>
          <w:p w:rsidR="00A50A83" w:rsidRPr="00AF45A2" w:rsidRDefault="00A50A83" w:rsidP="00A50A83">
            <w:pPr>
              <w:jc w:val="both"/>
              <w:rPr>
                <w:lang w:val="es-MX"/>
              </w:rPr>
            </w:pPr>
            <w:r w:rsidRPr="00CF460C">
              <w:rPr>
                <w:lang w:val="es-MX"/>
              </w:rPr>
              <w:t xml:space="preserve">Deben estar </w:t>
            </w:r>
            <w:r w:rsidRPr="00CF460C">
              <w:rPr>
                <w:b/>
                <w:bCs/>
                <w:lang w:val="es-MX"/>
              </w:rPr>
              <w:t>numerados</w:t>
            </w:r>
            <w:r w:rsidRPr="00CF460C">
              <w:rPr>
                <w:lang w:val="es-MX"/>
              </w:rPr>
              <w:t xml:space="preserve">, tener un </w:t>
            </w:r>
            <w:r w:rsidRPr="00CF460C">
              <w:rPr>
                <w:b/>
                <w:bCs/>
                <w:lang w:val="es-MX"/>
              </w:rPr>
              <w:t>título claro</w:t>
            </w:r>
            <w:r w:rsidRPr="00CF460C">
              <w:rPr>
                <w:lang w:val="es-MX"/>
              </w:rPr>
              <w:t xml:space="preserve"> y </w:t>
            </w:r>
            <w:r>
              <w:rPr>
                <w:lang w:val="es-MX"/>
              </w:rPr>
              <w:t xml:space="preserve">debe colocarse la fuente debajo </w:t>
            </w:r>
            <w:r w:rsidRPr="00CF460C">
              <w:rPr>
                <w:lang w:val="es-MX"/>
              </w:rPr>
              <w:t>o incluirla en la bibliografía.</w:t>
            </w:r>
          </w:p>
        </w:tc>
      </w:tr>
    </w:tbl>
    <w:p w:rsidR="00CF460C" w:rsidRDefault="00CF460C" w:rsidP="00426C5C">
      <w:pPr>
        <w:jc w:val="right"/>
        <w:rPr>
          <w:lang w:val="es-MX"/>
        </w:rPr>
      </w:pPr>
    </w:p>
    <w:p w:rsidR="00426C5C" w:rsidRDefault="00426C5C" w:rsidP="00426C5C">
      <w:pPr>
        <w:jc w:val="right"/>
        <w:rPr>
          <w:lang w:val="es-MX"/>
        </w:rPr>
      </w:pPr>
    </w:p>
    <w:p w:rsidR="00D366BC" w:rsidRDefault="000C4A50" w:rsidP="003426F8">
      <w:pPr>
        <w:jc w:val="center"/>
        <w:rPr>
          <w:szCs w:val="24"/>
          <w:lang w:val="es-MX"/>
        </w:rPr>
      </w:pPr>
      <w:r w:rsidRPr="000C4A50">
        <w:rPr>
          <w:b/>
          <w:color w:val="005B7F"/>
          <w:lang w:val="es-MX"/>
        </w:rPr>
        <w:lastRenderedPageBreak/>
        <w:t>¿CÓMO SUBIR UNA TAREA EN LA PLATAFORMA IDEMA?</w:t>
      </w:r>
      <w:r w:rsidR="00D366BC" w:rsidRPr="000C4A50">
        <w:rPr>
          <w:b/>
          <w:color w:val="006080"/>
          <w:szCs w:val="24"/>
          <w:lang w:val="es-MX"/>
        </w:rPr>
        <w:br/>
      </w:r>
      <w:r w:rsidR="00D366BC" w:rsidRPr="000C4A50">
        <w:rPr>
          <w:i/>
          <w:szCs w:val="24"/>
          <w:lang w:val="es-MX"/>
        </w:rPr>
        <w:t>Sigue estos pasos para enviar correctamente tu tarea en la plataforma.</w:t>
      </w:r>
      <w:r w:rsidR="003426F8" w:rsidRPr="000C4A50">
        <w:rPr>
          <w:szCs w:val="24"/>
          <w:lang w:val="es-MX"/>
        </w:rPr>
        <w:t xml:space="preserve"> </w:t>
      </w:r>
    </w:p>
    <w:p w:rsidR="00D366BC" w:rsidRPr="000C4A50" w:rsidRDefault="00D366BC" w:rsidP="000C4A50">
      <w:pPr>
        <w:jc w:val="both"/>
        <w:rPr>
          <w:szCs w:val="24"/>
          <w:lang w:val="es-MX"/>
        </w:rPr>
      </w:pPr>
      <w:r w:rsidRPr="000C4A50">
        <w:rPr>
          <w:b/>
          <w:color w:val="006080"/>
          <w:szCs w:val="24"/>
          <w:lang w:val="es-MX"/>
        </w:rPr>
        <w:t>Paso 1: Ingresa al curso</w:t>
      </w:r>
    </w:p>
    <w:p w:rsidR="00D366BC" w:rsidRPr="000C4A50" w:rsidRDefault="00D366BC" w:rsidP="000C4A50">
      <w:pPr>
        <w:jc w:val="both"/>
        <w:rPr>
          <w:szCs w:val="24"/>
          <w:lang w:val="es-MX"/>
        </w:rPr>
      </w:pPr>
      <w:r w:rsidRPr="000C4A50">
        <w:rPr>
          <w:szCs w:val="24"/>
          <w:lang w:val="es-MX"/>
        </w:rPr>
        <w:t>Haz clic en el curso donde debes presentar tu tarea.</w:t>
      </w:r>
    </w:p>
    <w:p w:rsidR="00D366BC" w:rsidRPr="000C4A50" w:rsidRDefault="005C6DAF" w:rsidP="000C4A50">
      <w:pPr>
        <w:jc w:val="both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745276" cy="1448789"/>
            <wp:effectExtent l="0" t="0" r="8255" b="0"/>
            <wp:docPr id="17" name="Imagen 17" descr="C:\Users\USER\Downloads\ChatGPT Image 29 may 2026, 06_07_22 p.m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ChatGPT Image 29 may 2026, 06_07_22 p.m.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44" b="12329"/>
                    <a:stretch/>
                  </pic:blipFill>
                  <pic:spPr bwMode="auto">
                    <a:xfrm>
                      <a:off x="0" y="0"/>
                      <a:ext cx="5747385" cy="144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6BC" w:rsidRPr="000C4A50" w:rsidRDefault="00D366BC" w:rsidP="000C4A50">
      <w:pPr>
        <w:jc w:val="both"/>
        <w:rPr>
          <w:szCs w:val="24"/>
          <w:lang w:val="es-MX"/>
        </w:rPr>
      </w:pPr>
      <w:r w:rsidRPr="000C4A50">
        <w:rPr>
          <w:b/>
          <w:color w:val="006080"/>
          <w:szCs w:val="24"/>
          <w:lang w:val="es-MX"/>
        </w:rPr>
        <w:t>Paso 2: Entra a la opción Tareas</w:t>
      </w:r>
    </w:p>
    <w:p w:rsidR="00D366BC" w:rsidRPr="000C4A50" w:rsidRDefault="00D366BC" w:rsidP="000C4A50">
      <w:pPr>
        <w:jc w:val="both"/>
        <w:rPr>
          <w:szCs w:val="24"/>
          <w:lang w:val="es-MX"/>
        </w:rPr>
      </w:pPr>
      <w:r w:rsidRPr="000C4A50">
        <w:rPr>
          <w:szCs w:val="24"/>
          <w:lang w:val="es-MX"/>
        </w:rPr>
        <w:t>Dentro del curso, selecciona la opción “Tareas”.</w:t>
      </w:r>
    </w:p>
    <w:p w:rsidR="00D366BC" w:rsidRPr="000C4A50" w:rsidRDefault="003426F8" w:rsidP="000C4A50">
      <w:pPr>
        <w:jc w:val="both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747212" cy="1484366"/>
            <wp:effectExtent l="0" t="0" r="6350" b="1905"/>
            <wp:docPr id="16" name="Imagen 16" descr="C:\Users\USER\Downloads\ChatGPT Image 29 may 2026, 05_57_16 p.m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ChatGPT Image 29 may 2026, 05_57_16 p.m.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4" b="14910"/>
                    <a:stretch/>
                  </pic:blipFill>
                  <pic:spPr bwMode="auto">
                    <a:xfrm>
                      <a:off x="0" y="0"/>
                      <a:ext cx="5747385" cy="148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6BC" w:rsidRPr="000C4A50" w:rsidRDefault="00D366BC" w:rsidP="000C4A50">
      <w:pPr>
        <w:jc w:val="both"/>
        <w:rPr>
          <w:szCs w:val="24"/>
          <w:lang w:val="es-MX"/>
        </w:rPr>
      </w:pPr>
      <w:r w:rsidRPr="000C4A50">
        <w:rPr>
          <w:b/>
          <w:color w:val="006080"/>
          <w:szCs w:val="24"/>
          <w:lang w:val="es-MX"/>
        </w:rPr>
        <w:t>Paso 3: Abre Trabajo Individual</w:t>
      </w:r>
    </w:p>
    <w:p w:rsidR="00D366BC" w:rsidRPr="000C4A50" w:rsidRDefault="00D366BC" w:rsidP="000C4A50">
      <w:pPr>
        <w:jc w:val="both"/>
        <w:rPr>
          <w:szCs w:val="24"/>
          <w:lang w:val="es-MX"/>
        </w:rPr>
      </w:pPr>
      <w:r w:rsidRPr="000C4A50">
        <w:rPr>
          <w:szCs w:val="24"/>
          <w:lang w:val="es-MX"/>
        </w:rPr>
        <w:t>Haz clic en “Trabajo Individual” para abrir la actividad.</w:t>
      </w:r>
    </w:p>
    <w:p w:rsidR="00D366BC" w:rsidRPr="000C4A50" w:rsidRDefault="005C6DAF" w:rsidP="000C4A50">
      <w:pPr>
        <w:jc w:val="both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772449" cy="1318161"/>
            <wp:effectExtent l="0" t="0" r="0" b="0"/>
            <wp:docPr id="18" name="Imagen 18" descr="C:\Users\USER\Downloads\ChatGPT Image 29 may 2026, 06_08_45 p.m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ChatGPT Image 29 may 2026, 06_08_45 p.m.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4" t="16664" r="3287" b="19762"/>
                    <a:stretch/>
                  </pic:blipFill>
                  <pic:spPr bwMode="auto">
                    <a:xfrm>
                      <a:off x="0" y="0"/>
                      <a:ext cx="5781610" cy="132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6BC" w:rsidRPr="000C4A50" w:rsidRDefault="00D366BC" w:rsidP="000C4A50">
      <w:pPr>
        <w:jc w:val="both"/>
        <w:rPr>
          <w:szCs w:val="24"/>
          <w:lang w:val="es-MX"/>
        </w:rPr>
      </w:pPr>
      <w:r w:rsidRPr="000C4A50">
        <w:rPr>
          <w:b/>
          <w:color w:val="006080"/>
          <w:szCs w:val="24"/>
          <w:lang w:val="es-MX"/>
        </w:rPr>
        <w:t>Paso 4: Presiona Enviar mi tarea</w:t>
      </w:r>
    </w:p>
    <w:p w:rsidR="00D366BC" w:rsidRPr="000C4A50" w:rsidRDefault="00D366BC" w:rsidP="000C4A50">
      <w:pPr>
        <w:jc w:val="both"/>
        <w:rPr>
          <w:szCs w:val="24"/>
          <w:lang w:val="es-MX"/>
        </w:rPr>
      </w:pPr>
      <w:r w:rsidRPr="000C4A50">
        <w:rPr>
          <w:szCs w:val="24"/>
          <w:lang w:val="es-MX"/>
        </w:rPr>
        <w:t>Luego de revisar la descripción, presiona el botón azul “Enviar mi tarea”.</w:t>
      </w:r>
    </w:p>
    <w:p w:rsidR="00D366BC" w:rsidRPr="000C4A50" w:rsidRDefault="00015C31" w:rsidP="000C4A50">
      <w:pPr>
        <w:jc w:val="both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842456" cy="838200"/>
            <wp:effectExtent l="0" t="0" r="6350" b="0"/>
            <wp:docPr id="19" name="Imagen 19" descr="C:\Users\USER\Downloads\ChatGPT Image 29 may 2026, 06_10_45 p.m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ChatGPT Image 29 may 2026, 06_10_45 p.m.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8" t="9258" r="1376" b="49363"/>
                    <a:stretch/>
                  </pic:blipFill>
                  <pic:spPr bwMode="auto">
                    <a:xfrm>
                      <a:off x="0" y="0"/>
                      <a:ext cx="5873041" cy="84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3CDA" w:rsidRDefault="00C83CDA" w:rsidP="000C4A50">
      <w:pPr>
        <w:jc w:val="both"/>
        <w:rPr>
          <w:b/>
          <w:color w:val="006080"/>
          <w:szCs w:val="24"/>
          <w:lang w:val="es-MX"/>
        </w:rPr>
      </w:pPr>
    </w:p>
    <w:p w:rsidR="00D366BC" w:rsidRPr="000C4A50" w:rsidRDefault="00D366BC" w:rsidP="000C4A50">
      <w:pPr>
        <w:jc w:val="both"/>
        <w:rPr>
          <w:szCs w:val="24"/>
          <w:lang w:val="es-MX"/>
        </w:rPr>
      </w:pPr>
      <w:r w:rsidRPr="000C4A50">
        <w:rPr>
          <w:b/>
          <w:color w:val="006080"/>
          <w:szCs w:val="24"/>
          <w:lang w:val="es-MX"/>
        </w:rPr>
        <w:lastRenderedPageBreak/>
        <w:t>Paso 5: Carga tu archivo</w:t>
      </w:r>
    </w:p>
    <w:p w:rsidR="00D366BC" w:rsidRPr="000C4A50" w:rsidRDefault="00D366BC" w:rsidP="000C4A50">
      <w:pPr>
        <w:jc w:val="both"/>
        <w:rPr>
          <w:szCs w:val="24"/>
          <w:lang w:val="es-MX"/>
        </w:rPr>
      </w:pPr>
      <w:r w:rsidRPr="000C4A50">
        <w:rPr>
          <w:szCs w:val="24"/>
          <w:lang w:val="es-MX"/>
        </w:rPr>
        <w:t>Arrastra tu archivo al recuadro o haz clic dentro del área para seleccionarlo desde tu computadora.</w:t>
      </w:r>
    </w:p>
    <w:p w:rsidR="00D366BC" w:rsidRPr="000C4A50" w:rsidRDefault="00D366BC" w:rsidP="000C4A50">
      <w:pPr>
        <w:jc w:val="both"/>
        <w:rPr>
          <w:szCs w:val="24"/>
        </w:rPr>
      </w:pPr>
      <w:r w:rsidRPr="000C4A50">
        <w:rPr>
          <w:noProof/>
          <w:szCs w:val="24"/>
        </w:rPr>
        <w:drawing>
          <wp:inline distT="0" distB="0" distL="0" distR="0" wp14:anchorId="53D4DE28" wp14:editId="285B87BD">
            <wp:extent cx="6138218" cy="1838325"/>
            <wp:effectExtent l="0" t="0" r="0" b="0"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o_5.png"/>
                    <pic:cNvPicPr/>
                  </pic:nvPicPr>
                  <pic:blipFill rotWithShape="1">
                    <a:blip r:embed="rId24"/>
                    <a:srcRect t="4271" r="7356" b="26794"/>
                    <a:stretch/>
                  </pic:blipFill>
                  <pic:spPr bwMode="auto">
                    <a:xfrm>
                      <a:off x="0" y="0"/>
                      <a:ext cx="6155009" cy="1843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6BC" w:rsidRPr="000C4A50" w:rsidRDefault="00D366BC" w:rsidP="000C4A50">
      <w:pPr>
        <w:jc w:val="both"/>
        <w:rPr>
          <w:szCs w:val="24"/>
          <w:lang w:val="es-MX"/>
        </w:rPr>
      </w:pPr>
      <w:r w:rsidRPr="000C4A50">
        <w:rPr>
          <w:b/>
          <w:color w:val="006080"/>
          <w:szCs w:val="24"/>
          <w:lang w:val="es-MX"/>
        </w:rPr>
        <w:t>Paso 6: Verifica el envío</w:t>
      </w:r>
    </w:p>
    <w:p w:rsidR="00D366BC" w:rsidRPr="000C4A50" w:rsidRDefault="00D366BC" w:rsidP="000C4A50">
      <w:pPr>
        <w:jc w:val="both"/>
        <w:rPr>
          <w:szCs w:val="24"/>
          <w:lang w:val="es-MX"/>
        </w:rPr>
      </w:pPr>
      <w:r w:rsidRPr="000C4A50">
        <w:rPr>
          <w:szCs w:val="24"/>
          <w:lang w:val="es-MX"/>
        </w:rPr>
        <w:t>Cuando la barra aparezca en verde y se muestre el mensaje “¡El archivo ha sido enviado!”, tu tarea ya quedó subida.</w:t>
      </w:r>
    </w:p>
    <w:p w:rsidR="00D366BC" w:rsidRPr="000C4A50" w:rsidRDefault="00D81E11" w:rsidP="000C4A50">
      <w:pPr>
        <w:jc w:val="both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842659" cy="2318085"/>
            <wp:effectExtent l="0" t="0" r="5715" b="6350"/>
            <wp:docPr id="15" name="Imagen 15" descr="C:\Users\USER\Downloads\ChatGPT Image 29 may 2026, 05_52_40 p.m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ChatGPT Image 29 may 2026, 05_52_40 p.m.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306" cy="231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288"/>
      </w:tblGrid>
      <w:tr w:rsidR="003426F8" w:rsidRPr="003D02A4" w:rsidTr="00EE1F3D">
        <w:trPr>
          <w:jc w:val="center"/>
        </w:trPr>
        <w:tc>
          <w:tcPr>
            <w:tcW w:w="9288" w:type="dxa"/>
            <w:shd w:val="clear" w:color="auto" w:fill="FFF2CC"/>
          </w:tcPr>
          <w:p w:rsidR="00C83CDA" w:rsidRDefault="00C83CDA" w:rsidP="00977960">
            <w:pPr>
              <w:jc w:val="both"/>
              <w:rPr>
                <w:lang w:val="es-MX"/>
              </w:rPr>
            </w:pPr>
            <w:r w:rsidRPr="008A5CB3">
              <w:rPr>
                <w:rFonts w:ascii="Segoe UI Symbol" w:hAnsi="Segoe UI Symbol" w:cs="Segoe UI Symbol"/>
                <w:lang w:val="es-MX"/>
              </w:rPr>
              <w:t>⚠</w:t>
            </w:r>
            <w:r w:rsidRPr="008A5CB3">
              <w:rPr>
                <w:lang w:val="es-MX"/>
              </w:rPr>
              <w:t>️</w:t>
            </w:r>
            <w:r>
              <w:rPr>
                <w:lang w:val="es-MX"/>
              </w:rPr>
              <w:t xml:space="preserve"> </w:t>
            </w:r>
            <w:r w:rsidR="003426F8" w:rsidRPr="000C4A50">
              <w:rPr>
                <w:b/>
                <w:szCs w:val="24"/>
                <w:lang w:val="es-MX"/>
              </w:rPr>
              <w:t xml:space="preserve">Importante: </w:t>
            </w:r>
            <w:r>
              <w:rPr>
                <w:lang w:val="es-MX"/>
              </w:rPr>
              <w:t>L</w:t>
            </w:r>
            <w:r w:rsidR="003426F8" w:rsidRPr="00D81E11">
              <w:rPr>
                <w:lang w:val="es-MX"/>
              </w:rPr>
              <w:t xml:space="preserve">a tarea debe subirse </w:t>
            </w:r>
            <w:r w:rsidR="003426F8" w:rsidRPr="00D81E11">
              <w:rPr>
                <w:rStyle w:val="Textoennegrita"/>
                <w:lang w:val="es-MX"/>
              </w:rPr>
              <w:t>solo una vez</w:t>
            </w:r>
            <w:r w:rsidR="003426F8" w:rsidRPr="00D81E11">
              <w:rPr>
                <w:lang w:val="es-MX"/>
              </w:rPr>
              <w:t xml:space="preserve">. </w:t>
            </w:r>
          </w:p>
          <w:p w:rsidR="003426F8" w:rsidRPr="00D81E11" w:rsidRDefault="003426F8" w:rsidP="00977960">
            <w:pPr>
              <w:jc w:val="both"/>
              <w:rPr>
                <w:szCs w:val="24"/>
                <w:lang w:val="es-MX"/>
              </w:rPr>
            </w:pPr>
            <w:r w:rsidRPr="00D81E11">
              <w:rPr>
                <w:lang w:val="es-MX"/>
              </w:rPr>
              <w:t xml:space="preserve">Antes de enviarla, verifica que el archivo sea el correcto, esté completo y guardado en </w:t>
            </w:r>
            <w:r w:rsidRPr="00D81E11">
              <w:rPr>
                <w:rStyle w:val="Textoennegrita"/>
                <w:lang w:val="es-MX"/>
              </w:rPr>
              <w:t>formato PDF</w:t>
            </w:r>
            <w:r w:rsidRPr="00D81E11">
              <w:rPr>
                <w:lang w:val="es-MX"/>
              </w:rPr>
              <w:t xml:space="preserve">. Una vez que aparezca el mensaje de confirmación, </w:t>
            </w:r>
            <w:r w:rsidRPr="00D81E11">
              <w:rPr>
                <w:b/>
                <w:lang w:val="es-MX"/>
              </w:rPr>
              <w:t>no vuelvas a cargar el archivo para evitar duplicidad, confusiones o errores en la revisión.</w:t>
            </w:r>
          </w:p>
        </w:tc>
      </w:tr>
    </w:tbl>
    <w:p w:rsidR="00426C5C" w:rsidRPr="000C4A50" w:rsidRDefault="00426C5C" w:rsidP="000C4A50">
      <w:pPr>
        <w:jc w:val="both"/>
        <w:rPr>
          <w:szCs w:val="24"/>
          <w:lang w:val="es-MX"/>
        </w:rPr>
      </w:pPr>
    </w:p>
    <w:sectPr w:rsidR="00426C5C" w:rsidRPr="000C4A50" w:rsidSect="00034616">
      <w:footerReference w:type="default" r:id="rId26"/>
      <w:pgSz w:w="11906" w:h="16838"/>
      <w:pgMar w:top="1134" w:right="1417" w:bottom="1134" w:left="1417" w:header="709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FB5" w:rsidRDefault="00E94FB5">
      <w:pPr>
        <w:spacing w:after="0" w:line="240" w:lineRule="auto"/>
      </w:pPr>
      <w:r>
        <w:separator/>
      </w:r>
    </w:p>
  </w:endnote>
  <w:endnote w:type="continuationSeparator" w:id="0">
    <w:p w:rsidR="00E94FB5" w:rsidRDefault="00E94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A7A" w:rsidRDefault="00E16A7A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86E" w:rsidRDefault="003D486E">
    <w:pPr>
      <w:pStyle w:val="Piedepgina"/>
      <w:jc w:val="right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915CE7">
      <w:rPr>
        <w:noProof/>
        <w:sz w:val="20"/>
      </w:rPr>
      <w:t>11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FB5" w:rsidRDefault="00E94FB5">
      <w:pPr>
        <w:spacing w:after="0" w:line="240" w:lineRule="auto"/>
      </w:pPr>
      <w:r>
        <w:separator/>
      </w:r>
    </w:p>
  </w:footnote>
  <w:footnote w:type="continuationSeparator" w:id="0">
    <w:p w:rsidR="00E94FB5" w:rsidRDefault="00E94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520E82"/>
    <w:multiLevelType w:val="hybridMultilevel"/>
    <w:tmpl w:val="6C161B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9C37ED"/>
    <w:multiLevelType w:val="hybridMultilevel"/>
    <w:tmpl w:val="9BFEDE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52E2"/>
    <w:rsid w:val="00015C31"/>
    <w:rsid w:val="00034616"/>
    <w:rsid w:val="0006063C"/>
    <w:rsid w:val="000C4A50"/>
    <w:rsid w:val="000E0748"/>
    <w:rsid w:val="00106899"/>
    <w:rsid w:val="001301EE"/>
    <w:rsid w:val="00142316"/>
    <w:rsid w:val="0015074B"/>
    <w:rsid w:val="001858E1"/>
    <w:rsid w:val="001D1F91"/>
    <w:rsid w:val="00221B53"/>
    <w:rsid w:val="00233A1E"/>
    <w:rsid w:val="00234933"/>
    <w:rsid w:val="0029639D"/>
    <w:rsid w:val="002B7EA1"/>
    <w:rsid w:val="00322579"/>
    <w:rsid w:val="00326F90"/>
    <w:rsid w:val="003426F8"/>
    <w:rsid w:val="00366757"/>
    <w:rsid w:val="00381CFE"/>
    <w:rsid w:val="003D02A4"/>
    <w:rsid w:val="003D486E"/>
    <w:rsid w:val="00401BD7"/>
    <w:rsid w:val="00426C5C"/>
    <w:rsid w:val="00435349"/>
    <w:rsid w:val="00475004"/>
    <w:rsid w:val="004D4F7E"/>
    <w:rsid w:val="005134AA"/>
    <w:rsid w:val="00572C26"/>
    <w:rsid w:val="005C6DAF"/>
    <w:rsid w:val="005D556C"/>
    <w:rsid w:val="00671808"/>
    <w:rsid w:val="0068611F"/>
    <w:rsid w:val="006958F7"/>
    <w:rsid w:val="00784520"/>
    <w:rsid w:val="00790DE1"/>
    <w:rsid w:val="007D6B71"/>
    <w:rsid w:val="0089649F"/>
    <w:rsid w:val="008A5CB3"/>
    <w:rsid w:val="00915CE7"/>
    <w:rsid w:val="00915DD1"/>
    <w:rsid w:val="009C7A42"/>
    <w:rsid w:val="00A07F28"/>
    <w:rsid w:val="00A50A83"/>
    <w:rsid w:val="00A52ECB"/>
    <w:rsid w:val="00A61B8A"/>
    <w:rsid w:val="00AA1D8D"/>
    <w:rsid w:val="00AF45A2"/>
    <w:rsid w:val="00B42CD1"/>
    <w:rsid w:val="00B47730"/>
    <w:rsid w:val="00B51021"/>
    <w:rsid w:val="00B53086"/>
    <w:rsid w:val="00C43355"/>
    <w:rsid w:val="00C47852"/>
    <w:rsid w:val="00C628EB"/>
    <w:rsid w:val="00C83CDA"/>
    <w:rsid w:val="00C85688"/>
    <w:rsid w:val="00CB0664"/>
    <w:rsid w:val="00CF13CA"/>
    <w:rsid w:val="00CF460C"/>
    <w:rsid w:val="00D366BC"/>
    <w:rsid w:val="00D81E11"/>
    <w:rsid w:val="00D90916"/>
    <w:rsid w:val="00DB315C"/>
    <w:rsid w:val="00DF4906"/>
    <w:rsid w:val="00E16A7A"/>
    <w:rsid w:val="00E528F3"/>
    <w:rsid w:val="00E56F83"/>
    <w:rsid w:val="00E80943"/>
    <w:rsid w:val="00E82E9F"/>
    <w:rsid w:val="00E94FB5"/>
    <w:rsid w:val="00EE1F3D"/>
    <w:rsid w:val="00EF2F2A"/>
    <w:rsid w:val="00F47A9B"/>
    <w:rsid w:val="00F531AE"/>
    <w:rsid w:val="00F54CED"/>
    <w:rsid w:val="00F811C0"/>
    <w:rsid w:val="00F831AF"/>
    <w:rsid w:val="00FA6F63"/>
    <w:rsid w:val="00FB67FD"/>
    <w:rsid w:val="00FB76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4D3F01B"/>
  <w14:defaultImageDpi w14:val="300"/>
  <w15:docId w15:val="{2594A6E3-2C2D-4D14-ABF0-80318034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120" w:line="360" w:lineRule="auto"/>
    </w:pPr>
    <w:rPr>
      <w:rFonts w:ascii="Arial" w:eastAsia="Arial" w:hAnsi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120" w:after="160" w:line="276" w:lineRule="auto"/>
      <w:outlineLvl w:val="0"/>
    </w:pPr>
    <w:rPr>
      <w:rFonts w:asciiTheme="majorHAnsi" w:eastAsiaTheme="majorEastAsia" w:hAnsiTheme="majorHAnsi" w:cstheme="majorBidi"/>
      <w:b/>
      <w:bCs/>
      <w:color w:val="005B7F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120" w:after="160" w:line="276" w:lineRule="auto"/>
      <w:outlineLvl w:val="1"/>
    </w:pPr>
    <w:rPr>
      <w:rFonts w:asciiTheme="majorHAnsi" w:eastAsiaTheme="majorEastAsia" w:hAnsiTheme="majorHAnsi" w:cstheme="majorBidi"/>
      <w:b/>
      <w:bCs/>
      <w:color w:val="1F1F1F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120" w:after="160" w:line="276" w:lineRule="auto"/>
      <w:outlineLvl w:val="2"/>
    </w:pPr>
    <w:rPr>
      <w:rFonts w:asciiTheme="majorHAnsi" w:eastAsiaTheme="majorEastAsia" w:hAnsiTheme="majorHAnsi" w:cstheme="majorBidi"/>
      <w:b/>
      <w:bCs/>
      <w:color w:val="1F1F1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qFormat/>
    <w:rsid w:val="00FC693F"/>
    <w:pPr>
      <w:spacing w:line="240" w:lineRule="auto"/>
    </w:pPr>
    <w:rPr>
      <w:b/>
      <w:bCs/>
      <w:i/>
      <w:color w:val="4F81BD" w:themeColor="accent1"/>
      <w:sz w:val="22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DC1">
    <w:name w:val="toc 1"/>
    <w:basedOn w:val="Normal"/>
    <w:next w:val="Normal"/>
    <w:autoRedefine/>
    <w:uiPriority w:val="39"/>
    <w:unhideWhenUsed/>
    <w:rsid w:val="00142316"/>
    <w:pPr>
      <w:tabs>
        <w:tab w:val="right" w:leader="dot" w:pos="9062"/>
      </w:tabs>
      <w:spacing w:after="100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E56F83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E56F83"/>
    <w:pPr>
      <w:spacing w:after="100"/>
      <w:ind w:left="480"/>
    </w:pPr>
  </w:style>
  <w:style w:type="character" w:styleId="Hipervnculo">
    <w:name w:val="Hyperlink"/>
    <w:basedOn w:val="Fuentedeprrafopredeter"/>
    <w:uiPriority w:val="99"/>
    <w:unhideWhenUsed/>
    <w:rsid w:val="00E56F8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53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Tabladeilustraciones">
    <w:name w:val="table of figures"/>
    <w:basedOn w:val="Normal"/>
    <w:next w:val="Normal"/>
    <w:uiPriority w:val="99"/>
    <w:unhideWhenUsed/>
    <w:rsid w:val="00A61B8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0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76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5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64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0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7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22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08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053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9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18" Type="http://schemas.openxmlformats.org/officeDocument/2006/relationships/hyperlink" Target="https://sinia.minam.gob.pe/sites/default/files/sinia/archivos/public/docs/diversidadbiologica.pdf?utm_source=chatgpt.com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hyperlink" Target="https://www.gob.pe/institucion/corpac/informes-publicaciones/3612934-regiones-del-peru?utm_source=chatgpt.com" TargetMode="External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hyperlink" Target="https://www.gob.pe/institucion/minam/informes-publicaciones/281709-sexto-informe-nacional-sobre-diversidad-biologica?utm_source=chatgpt.com" TargetMode="Externa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hyperlink" Target="https://www.inei.gob.pe/media/MenuRecursivo/publicaciones_digitales/Est/Lib1539/" TargetMode="External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F390DE-F8B6-41A2-A3FA-8FA35E098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15</Pages>
  <Words>2716</Words>
  <Characters>15483</Characters>
  <Application>Microsoft Office Word</Application>
  <DocSecurity>0</DocSecurity>
  <Lines>129</Lines>
  <Paragraphs>36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18163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40</cp:revision>
  <dcterms:created xsi:type="dcterms:W3CDTF">2013-12-23T23:15:00Z</dcterms:created>
  <dcterms:modified xsi:type="dcterms:W3CDTF">2026-06-01T17:31:00Z</dcterms:modified>
  <cp:category/>
</cp:coreProperties>
</file>